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1895F" w14:textId="590EB8F2" w:rsidR="001C4762" w:rsidRPr="00A3015B" w:rsidRDefault="002165D6" w:rsidP="00A3015B">
      <w:pPr>
        <w:spacing w:before="800" w:after="40"/>
        <w:jc w:val="center"/>
        <w:rPr>
          <w:rFonts w:ascii="Avenir Next Condensed" w:hAnsi="Avenir Next Condensed"/>
          <w:sz w:val="28"/>
          <w:szCs w:val="28"/>
          <w:lang w:val="fr-FR"/>
        </w:rPr>
      </w:pPr>
      <w:r w:rsidRPr="001C4762">
        <w:rPr>
          <w:rFonts w:ascii="Avenir Next Condensed" w:hAnsi="Avenir Next Condensed"/>
          <w:b/>
          <w:caps/>
          <w:color w:val="008B8B"/>
          <w:sz w:val="28"/>
          <w:szCs w:val="28"/>
          <w:lang w:val="fr-FR"/>
        </w:rPr>
        <w:t>DOSSIER DE PRESSE</w:t>
      </w:r>
    </w:p>
    <w:p w14:paraId="243D656B" w14:textId="0DB5C209" w:rsidR="003B7415" w:rsidRPr="001C4762" w:rsidRDefault="002165D6">
      <w:pPr>
        <w:spacing w:before="80" w:after="80"/>
        <w:jc w:val="center"/>
        <w:rPr>
          <w:rFonts w:ascii="Avenir Next Condensed" w:hAnsi="Avenir Next Condensed"/>
          <w:sz w:val="24"/>
          <w:szCs w:val="24"/>
          <w:lang w:val="fr-FR"/>
        </w:rPr>
      </w:pPr>
      <w:r w:rsidRPr="001C4762">
        <w:rPr>
          <w:rFonts w:ascii="Avenir Next Condensed" w:hAnsi="Avenir Next Condensed"/>
          <w:b/>
          <w:color w:val="1A3A5C"/>
          <w:sz w:val="72"/>
          <w:szCs w:val="24"/>
          <w:lang w:val="fr-FR"/>
        </w:rPr>
        <w:t>COMITÉ DES FÊTES DE CARRO</w:t>
      </w:r>
    </w:p>
    <w:p w14:paraId="62687A3C" w14:textId="77777777" w:rsidR="003B7415" w:rsidRDefault="002165D6">
      <w:pPr>
        <w:spacing w:after="40"/>
        <w:jc w:val="center"/>
        <w:rPr>
          <w:rFonts w:ascii="Avenir Next Condensed" w:hAnsi="Avenir Next Condensed"/>
          <w:b/>
          <w:color w:val="E86A1A"/>
          <w:sz w:val="40"/>
          <w:lang w:val="fr-FR"/>
        </w:rPr>
      </w:pPr>
      <w:r w:rsidRPr="001C4762">
        <w:rPr>
          <w:rFonts w:ascii="Avenir Next Condensed" w:hAnsi="Avenir Next Condensed"/>
          <w:b/>
          <w:color w:val="E86A1A"/>
          <w:sz w:val="40"/>
          <w:lang w:val="fr-FR"/>
        </w:rPr>
        <w:t>Été 2026</w:t>
      </w:r>
    </w:p>
    <w:p w14:paraId="56A334B9" w14:textId="77777777" w:rsidR="001C4762" w:rsidRDefault="001C4762">
      <w:pPr>
        <w:spacing w:after="40"/>
        <w:jc w:val="center"/>
        <w:rPr>
          <w:rFonts w:ascii="Avenir Next Condensed" w:hAnsi="Avenir Next Condensed"/>
          <w:b/>
          <w:color w:val="E86A1A"/>
          <w:sz w:val="40"/>
          <w:lang w:val="fr-FR"/>
        </w:rPr>
      </w:pPr>
    </w:p>
    <w:p w14:paraId="4EC1120C" w14:textId="3C4C376E" w:rsidR="001C4762" w:rsidRDefault="00A3015B">
      <w:pPr>
        <w:spacing w:after="40"/>
        <w:jc w:val="center"/>
        <w:rPr>
          <w:rFonts w:ascii="Avenir Next Condensed" w:hAnsi="Avenir Next Condensed"/>
          <w:b/>
          <w:color w:val="E86A1A"/>
          <w:sz w:val="40"/>
          <w:lang w:val="fr-FR"/>
        </w:rPr>
      </w:pPr>
      <w:r>
        <w:rPr>
          <w:rFonts w:ascii="Avenir Next Condensed" w:hAnsi="Avenir Next Condensed"/>
          <w:noProof/>
        </w:rPr>
        <w:drawing>
          <wp:inline distT="0" distB="0" distL="0" distR="0" wp14:anchorId="52F741E3" wp14:editId="0FA9F93C">
            <wp:extent cx="3052210" cy="2289157"/>
            <wp:effectExtent l="635" t="0" r="0" b="0"/>
            <wp:docPr id="551728525" name="Image 1" descr="Une image contenant ciel, plein air, nuage, lever de sole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28525" name="Image 1" descr="Une image contenant ciel, plein air, nuage, lever de soleil&#10;&#10;Description générée automatiquement"/>
                    <pic:cNvPicPr/>
                  </pic:nvPicPr>
                  <pic:blipFill>
                    <a:blip r:embed="rId8" cstate="print">
                      <a:extLst>
                        <a:ext uri="{28A0092B-C50C-407E-A947-70E740481C1C}">
                          <a14:useLocalDpi xmlns:a14="http://schemas.microsoft.com/office/drawing/2010/main"/>
                        </a:ext>
                      </a:extLst>
                    </a:blip>
                    <a:stretch>
                      <a:fillRect/>
                    </a:stretch>
                  </pic:blipFill>
                  <pic:spPr>
                    <a:xfrm rot="5400000">
                      <a:off x="0" y="0"/>
                      <a:ext cx="3052210" cy="2289157"/>
                    </a:xfrm>
                    <a:prstGeom prst="rect">
                      <a:avLst/>
                    </a:prstGeom>
                  </pic:spPr>
                </pic:pic>
              </a:graphicData>
            </a:graphic>
          </wp:inline>
        </w:drawing>
      </w:r>
    </w:p>
    <w:p w14:paraId="7C7F86ED" w14:textId="77777777" w:rsidR="001C4762" w:rsidRPr="001C4762" w:rsidRDefault="001C4762" w:rsidP="00A3015B">
      <w:pPr>
        <w:spacing w:after="40"/>
        <w:rPr>
          <w:rFonts w:ascii="Avenir Next Condensed" w:hAnsi="Avenir Next Condensed"/>
          <w:lang w:val="fr-FR"/>
        </w:rPr>
      </w:pPr>
    </w:p>
    <w:p w14:paraId="5D262AC2" w14:textId="77777777" w:rsidR="003B7415" w:rsidRPr="001C4762" w:rsidRDefault="003B7415">
      <w:pPr>
        <w:pBdr>
          <w:bottom w:val="single" w:sz="6" w:space="1" w:color="008B8B"/>
        </w:pBdr>
        <w:spacing w:before="80" w:after="80"/>
        <w:rPr>
          <w:rFonts w:ascii="Avenir Next Condensed" w:hAnsi="Avenir Next Condensed"/>
          <w:lang w:val="fr-FR"/>
        </w:rPr>
      </w:pPr>
    </w:p>
    <w:p w14:paraId="1C4341F3" w14:textId="77777777" w:rsidR="003B7415" w:rsidRPr="001C4762" w:rsidRDefault="002165D6">
      <w:pPr>
        <w:spacing w:before="320" w:after="320"/>
        <w:jc w:val="center"/>
        <w:rPr>
          <w:rFonts w:ascii="Avenir Next Condensed" w:hAnsi="Avenir Next Condensed"/>
          <w:lang w:val="fr-FR"/>
        </w:rPr>
      </w:pPr>
      <w:r w:rsidRPr="001C4762">
        <w:rPr>
          <w:rFonts w:ascii="Avenir Next Condensed" w:hAnsi="Avenir Next Condensed"/>
          <w:i/>
          <w:color w:val="444444"/>
          <w:sz w:val="26"/>
          <w:lang w:val="fr-FR"/>
        </w:rPr>
        <w:t>Fête de la Moule · Fête Foraine · Journée Pêche</w:t>
      </w:r>
      <w:r w:rsidRPr="001C4762">
        <w:rPr>
          <w:rFonts w:ascii="Avenir Next Condensed" w:hAnsi="Avenir Next Condensed"/>
          <w:i/>
          <w:color w:val="444444"/>
          <w:sz w:val="26"/>
          <w:lang w:val="fr-FR"/>
        </w:rPr>
        <w:br/>
        <w:t>Orchestre · Soirée Mousse · Feu d'Artifice · Ciné en Plein Air</w:t>
      </w:r>
    </w:p>
    <w:p w14:paraId="5B45C937" w14:textId="77777777" w:rsidR="003B7415" w:rsidRPr="001C4762" w:rsidRDefault="003B7415">
      <w:pPr>
        <w:pBdr>
          <w:bottom w:val="single" w:sz="6" w:space="1" w:color="1A3A5C"/>
        </w:pBdr>
        <w:spacing w:before="80" w:after="80"/>
        <w:rPr>
          <w:rFonts w:ascii="Avenir Next Condensed" w:hAnsi="Avenir Next Condensed"/>
          <w:lang w:val="fr-FR"/>
        </w:rPr>
      </w:pPr>
    </w:p>
    <w:p w14:paraId="1F4516D4" w14:textId="77777777" w:rsidR="003B7415" w:rsidRPr="001C4762" w:rsidRDefault="002165D6">
      <w:pPr>
        <w:spacing w:before="240" w:after="40"/>
        <w:jc w:val="center"/>
        <w:rPr>
          <w:rFonts w:ascii="Avenir Next Condensed" w:hAnsi="Avenir Next Condensed"/>
          <w:lang w:val="fr-FR"/>
        </w:rPr>
      </w:pPr>
      <w:r w:rsidRPr="001C4762">
        <w:rPr>
          <w:rFonts w:ascii="Avenir Next Condensed" w:hAnsi="Avenir Next Condensed"/>
          <w:b/>
          <w:color w:val="1A3A5C"/>
          <w:sz w:val="20"/>
          <w:lang w:val="fr-FR"/>
        </w:rPr>
        <w:t xml:space="preserve">Contact Presse : Marc Troulier · 06 86 26 11 31 · </w:t>
      </w:r>
      <w:r w:rsidRPr="001C4762">
        <w:rPr>
          <w:rFonts w:ascii="Avenir Next Condensed" w:hAnsi="Avenir Next Condensed"/>
          <w:b/>
          <w:color w:val="1A3A5C"/>
          <w:sz w:val="20"/>
          <w:lang w:val="fr-FR"/>
        </w:rPr>
        <w:t>contact@fetesdecarro.fr</w:t>
      </w:r>
    </w:p>
    <w:p w14:paraId="3889804F" w14:textId="77777777" w:rsidR="003B7415" w:rsidRPr="001C4762" w:rsidRDefault="002165D6">
      <w:pPr>
        <w:spacing w:after="40"/>
        <w:jc w:val="center"/>
        <w:rPr>
          <w:rFonts w:ascii="Avenir Next Condensed" w:hAnsi="Avenir Next Condensed"/>
          <w:lang w:val="fr-FR"/>
        </w:rPr>
      </w:pPr>
      <w:r w:rsidRPr="001C4762">
        <w:rPr>
          <w:rFonts w:ascii="Avenir Next Condensed" w:hAnsi="Avenir Next Condensed"/>
          <w:color w:val="444444"/>
          <w:sz w:val="20"/>
          <w:lang w:val="fr-FR"/>
        </w:rPr>
        <w:t>www.fetesdecarro.fr  ·  Facebook : @fetesdecarro</w:t>
      </w:r>
    </w:p>
    <w:p w14:paraId="0E0C2082" w14:textId="77777777"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0247CB7C" w14:textId="77777777" w:rsidR="003B7415" w:rsidRPr="001C4762" w:rsidRDefault="002165D6">
      <w:pPr>
        <w:spacing w:before="360" w:after="120"/>
        <w:rPr>
          <w:rFonts w:ascii="Avenir Next Condensed" w:hAnsi="Avenir Next Condensed"/>
          <w:lang w:val="fr-FR"/>
        </w:rPr>
      </w:pPr>
      <w:r w:rsidRPr="001C4762">
        <w:rPr>
          <w:rFonts w:ascii="Avenir Next Condensed" w:hAnsi="Avenir Next Condensed"/>
          <w:b/>
          <w:color w:val="1A3A5C"/>
          <w:sz w:val="32"/>
          <w:lang w:val="fr-FR"/>
        </w:rPr>
        <w:lastRenderedPageBreak/>
        <w:t>1. Édito</w:t>
      </w:r>
    </w:p>
    <w:p w14:paraId="175606A0" w14:textId="77777777" w:rsidR="003B7415" w:rsidRPr="001C4762" w:rsidRDefault="003B7415">
      <w:pPr>
        <w:pBdr>
          <w:bottom w:val="single" w:sz="6" w:space="1" w:color="008B8B"/>
        </w:pBdr>
        <w:spacing w:before="80" w:after="80"/>
        <w:rPr>
          <w:rFonts w:ascii="Avenir Next Condensed" w:hAnsi="Avenir Next Condensed"/>
          <w:lang w:val="fr-FR"/>
        </w:rPr>
      </w:pPr>
    </w:p>
    <w:p w14:paraId="5A48F2E8" w14:textId="1D1FA9C5" w:rsidR="003B7415" w:rsidRPr="001C4762" w:rsidRDefault="002165D6">
      <w:pPr>
        <w:spacing w:before="160" w:after="120"/>
        <w:jc w:val="both"/>
        <w:rPr>
          <w:rFonts w:ascii="Avenir Next Condensed" w:hAnsi="Avenir Next Condensed"/>
          <w:lang w:val="fr-FR"/>
        </w:rPr>
      </w:pPr>
      <w:r w:rsidRPr="001C4762">
        <w:rPr>
          <w:rFonts w:ascii="Avenir Next Condensed" w:hAnsi="Avenir Next Condensed"/>
          <w:color w:val="444444"/>
          <w:lang w:val="fr-FR"/>
        </w:rPr>
        <w:t xml:space="preserve">Il y a des étés qui ressemblent à tous les autres, et des étés qui laissent des traces. Ceux que l'on se rappelle longtemps ne sont pas forcément les plus agités ni les plus spectaculaires. Ce sont souvent les plus simples : un coucher de soleil sur le port, l'odeur des moules qui cuisent au feu de bois, les rires des enfants sur les manèges, la pétanque qui claque sur le quai, une soirée qui s'étire jusqu'à l'aube au rythme d'un orchestre de variété et des </w:t>
      </w:r>
      <w:r w:rsidR="00580FC4" w:rsidRPr="001C4762">
        <w:rPr>
          <w:rFonts w:ascii="Avenir Next Condensed" w:hAnsi="Avenir Next Condensed"/>
          <w:color w:val="444444"/>
          <w:lang w:val="fr-FR"/>
        </w:rPr>
        <w:t>vagues</w:t>
      </w:r>
      <w:r w:rsidRPr="001C4762">
        <w:rPr>
          <w:rFonts w:ascii="Avenir Next Condensed" w:hAnsi="Avenir Next Condensed"/>
          <w:color w:val="444444"/>
          <w:lang w:val="fr-FR"/>
        </w:rPr>
        <w:t xml:space="preserve"> de mousse blanche.</w:t>
      </w:r>
    </w:p>
    <w:p w14:paraId="3B9B8366"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Depuis plus de cinquante ans, le Comité des Fêtes de Carro œuvre pour que ces instants existent, se renouvellent, se transmettent. Non pas par nostalgie, mais par conviction profonde que les fêtes de village sont un bien commun, un ciment social irremplaçable, un espace rare où les générations se mélangent, où les nouveaux habitants rencontrent les anciens, où les vacanciers deviennent, le temps d'une soirée, des </w:t>
      </w:r>
      <w:proofErr w:type="spellStart"/>
      <w:r w:rsidRPr="001C4762">
        <w:rPr>
          <w:rFonts w:ascii="Avenir Next Condensed" w:hAnsi="Avenir Next Condensed"/>
          <w:color w:val="444444"/>
          <w:lang w:val="fr-FR"/>
        </w:rPr>
        <w:t>carrosséens</w:t>
      </w:r>
      <w:proofErr w:type="spellEnd"/>
      <w:r w:rsidRPr="001C4762">
        <w:rPr>
          <w:rFonts w:ascii="Avenir Next Condensed" w:hAnsi="Avenir Next Condensed"/>
          <w:color w:val="444444"/>
          <w:lang w:val="fr-FR"/>
        </w:rPr>
        <w:t xml:space="preserve"> comme les autres.</w:t>
      </w:r>
    </w:p>
    <w:p w14:paraId="580CC714" w14:textId="4CE503E9"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L'été 2026 s'inscrit dans cette continuité avec une ambition renouvelée. Trois événements phares rythmeront la saison : la Petite Fête de la Moule fin juin, la Fête de Carro en juillet et la Journée Pêche en août. À chaque fois, le même fil conducteur : des bénévoles passionnés, des produits locaux soigneusement choisis, une programmation accessible à tous, gratuite pour l'essentiel, et profondément </w:t>
      </w:r>
      <w:r w:rsidR="00C47822" w:rsidRPr="001C4762">
        <w:rPr>
          <w:rFonts w:ascii="Avenir Next Condensed" w:hAnsi="Avenir Next Condensed"/>
          <w:color w:val="444444"/>
          <w:lang w:val="fr-FR"/>
        </w:rPr>
        <w:t>ancrée</w:t>
      </w:r>
      <w:r w:rsidRPr="001C4762">
        <w:rPr>
          <w:rFonts w:ascii="Avenir Next Condensed" w:hAnsi="Avenir Next Condensed"/>
          <w:color w:val="444444"/>
          <w:lang w:val="fr-FR"/>
        </w:rPr>
        <w:t xml:space="preserve"> dans l'identité </w:t>
      </w:r>
      <w:r w:rsidR="00C47822" w:rsidRPr="001C4762">
        <w:rPr>
          <w:rFonts w:ascii="Avenir Next Condensed" w:hAnsi="Avenir Next Condensed"/>
          <w:color w:val="444444"/>
          <w:lang w:val="fr-FR"/>
        </w:rPr>
        <w:t>martégale</w:t>
      </w:r>
      <w:r w:rsidRPr="001C4762">
        <w:rPr>
          <w:rFonts w:ascii="Avenir Next Condensed" w:hAnsi="Avenir Next Condensed"/>
          <w:color w:val="444444"/>
          <w:lang w:val="fr-FR"/>
        </w:rPr>
        <w:t xml:space="preserve"> et populaire du village.</w:t>
      </w:r>
    </w:p>
    <w:p w14:paraId="7D3E4119"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Cette édition porte également une attention particulière à la responsabilité environnementale. Achats en circuits courts, zéro </w:t>
      </w:r>
      <w:r w:rsidRPr="001C4762">
        <w:rPr>
          <w:rFonts w:ascii="Avenir Next Condensed" w:hAnsi="Avenir Next Condensed"/>
          <w:color w:val="444444"/>
          <w:lang w:val="fr-FR"/>
        </w:rPr>
        <w:t>gaspillage grâce aux réservations, contenants recyclables, valorisation des filières locales : le Comité des Fêtes entend montrer qu'une association bénévole peut aussi être un acteur engagé dans la transition vers des événements plus durables et plus respectueux du territoire qu'elle anime.</w:t>
      </w:r>
    </w:p>
    <w:p w14:paraId="58545F6E" w14:textId="01C0E7D9" w:rsidR="003B7415" w:rsidRPr="001C4762" w:rsidRDefault="002165D6">
      <w:pPr>
        <w:spacing w:after="120"/>
        <w:jc w:val="both"/>
        <w:rPr>
          <w:rFonts w:ascii="Avenir Next Condensed" w:hAnsi="Avenir Next Condensed"/>
          <w:lang w:val="fr-FR"/>
        </w:rPr>
      </w:pPr>
      <w:r w:rsidRPr="001C4762">
        <w:rPr>
          <w:rFonts w:ascii="Avenir Next Condensed" w:hAnsi="Avenir Next Condensed"/>
          <w:i/>
          <w:color w:val="444444"/>
          <w:lang w:val="fr-FR"/>
        </w:rPr>
        <w:t>Nous vous invitons à venir vivre ces moments avec nous, à les partager avec vos lecteurs, vos auditeurs, vos abonnés. Carro a cette chance rare d'être un village qui sait encore faire la fête. Profitez-en et venez le découvrir.</w:t>
      </w:r>
    </w:p>
    <w:p w14:paraId="37DDE8D6" w14:textId="2FE955B4" w:rsidR="003B7415" w:rsidRPr="001C4762" w:rsidRDefault="00C47822" w:rsidP="00C47822">
      <w:pPr>
        <w:spacing w:before="200" w:after="120"/>
        <w:jc w:val="right"/>
        <w:rPr>
          <w:rFonts w:ascii="Avenir Next Condensed" w:hAnsi="Avenir Next Condensed"/>
          <w:b/>
          <w:i/>
          <w:color w:val="1A3A5C"/>
          <w:lang w:val="fr-FR"/>
        </w:rPr>
      </w:pPr>
      <w:r w:rsidRPr="001C4762">
        <w:rPr>
          <w:rFonts w:ascii="Avenir Next Condensed" w:hAnsi="Avenir Next Condensed"/>
          <w:b/>
          <w:i/>
          <w:color w:val="1A3A5C"/>
          <w:lang w:val="fr-FR"/>
        </w:rPr>
        <w:t>Marc Troulier, président</w:t>
      </w:r>
      <w:r w:rsidRPr="001C4762">
        <w:rPr>
          <w:rFonts w:ascii="Avenir Next Condensed" w:hAnsi="Avenir Next Condensed"/>
          <w:b/>
          <w:i/>
          <w:color w:val="1A3A5C"/>
          <w:lang w:val="fr-FR"/>
        </w:rPr>
        <w:br/>
        <w:t>Comité des Fêtes de Carro</w:t>
      </w:r>
    </w:p>
    <w:p w14:paraId="573A2678" w14:textId="77777777"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6CE2A36E" w14:textId="77777777" w:rsidR="003B7415" w:rsidRPr="001C4762" w:rsidRDefault="002165D6">
      <w:pPr>
        <w:spacing w:before="360" w:after="120"/>
        <w:rPr>
          <w:rFonts w:ascii="Avenir Next Condensed" w:hAnsi="Avenir Next Condensed"/>
          <w:lang w:val="fr-FR"/>
        </w:rPr>
      </w:pPr>
      <w:r w:rsidRPr="001C4762">
        <w:rPr>
          <w:rFonts w:ascii="Avenir Next Condensed" w:hAnsi="Avenir Next Condensed"/>
          <w:b/>
          <w:color w:val="1A3A5C"/>
          <w:sz w:val="32"/>
          <w:lang w:val="fr-FR"/>
        </w:rPr>
        <w:lastRenderedPageBreak/>
        <w:t>2. Présentation du Comité des Fêtes de Carro</w:t>
      </w:r>
    </w:p>
    <w:p w14:paraId="4DA4AAFF" w14:textId="77777777" w:rsidR="003B7415" w:rsidRPr="001C4762" w:rsidRDefault="003B7415">
      <w:pPr>
        <w:pBdr>
          <w:bottom w:val="single" w:sz="6" w:space="1" w:color="008B8B"/>
        </w:pBdr>
        <w:spacing w:before="80" w:after="80"/>
        <w:rPr>
          <w:rFonts w:ascii="Avenir Next Condensed" w:hAnsi="Avenir Next Condensed"/>
          <w:lang w:val="fr-FR"/>
        </w:rPr>
      </w:pPr>
    </w:p>
    <w:p w14:paraId="4140D22D"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Une association au cœur du village depuis plus de 50 ans</w:t>
      </w:r>
    </w:p>
    <w:p w14:paraId="6ECBE482"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Le Comité des Fêtes de Carro est une association loi 1901 de bénévoles qui œuvre </w:t>
      </w:r>
      <w:r w:rsidRPr="001C4762">
        <w:rPr>
          <w:rFonts w:ascii="Avenir Next Condensed" w:hAnsi="Avenir Next Condensed"/>
          <w:color w:val="444444"/>
          <w:lang w:val="fr-FR"/>
        </w:rPr>
        <w:t>depuis plus d'un demi-siècle à l'animation festive et culturelle du village de Carro, sur la commune de Martigues. Fondée sur des valeurs de partage, de convivialité et d'attachement au territoire, l'association est aujourd'hui l'un des acteurs incontournables de la vie locale, portant chaque été une programmation qui rassemble habitants permanents, estivants et visiteurs de passage.</w:t>
      </w:r>
    </w:p>
    <w:p w14:paraId="1F0A391A"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Des bénévoles, une identité</w:t>
      </w:r>
    </w:p>
    <w:p w14:paraId="663D673F"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La force du Comité des Fêtes repose entièrement sur l'engagement de ses bénévoles. Ce sont eux qui préparent la Brasucade, qui dressent les tables sous les pins, qui animent la buvette, qui organisent les concours de pétanque et qui font en sorte que chaque événement se passe dans les meilleures conditions. Ce modèle associatif ancré dans le tissu local garantit l'authenticité de chaque manifestation et en fait bien plus qu'un simple spectacle : un moment de vie collective.</w:t>
      </w:r>
    </w:p>
    <w:p w14:paraId="5CAEBCB1"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Une programmation populaire et accessible</w:t>
      </w:r>
    </w:p>
    <w:p w14:paraId="3689C637"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Le Comité des Fêtes revendique une programmation volontairement populaire et accessible. Les grandes soirées sont gratuites et ouvertes à tous, les tarifs de restauration sont maintenus à des niveaux modérés depuis de nombreuses années, et les événements sont conçus pour toutes les générations. Cette accessibilité est une ligne directrice non négociable qui reflète la vocation profondément inclusive de l'association.</w:t>
      </w:r>
    </w:p>
    <w:p w14:paraId="5E8605BE"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Un engagement durable assumé</w:t>
      </w:r>
    </w:p>
    <w:p w14:paraId="56973B17"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Depuis plusieurs années, le Comité des Fêtes développe une approche de plus en plus responsable dans l'organisation de ses événements. Approvisionnement en circuits courts (moins de 100 km), limitation du gaspillage alimentaire grâce aux réservations obligatoires, utilisation de contenants recyclables ou biodégradables, récupération et valorisation des déchets alimentaires : chaque édition renforce cet engagement pour des fêtes plus respectueuses de l'environnement.</w:t>
      </w:r>
    </w:p>
    <w:p w14:paraId="02C2BEDF"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Le Comité en chiffres</w:t>
      </w:r>
    </w:p>
    <w:tbl>
      <w:tblPr>
        <w:tblW w:w="0" w:type="auto"/>
        <w:jc w:val="center"/>
        <w:tblLook w:val="04A0" w:firstRow="1" w:lastRow="0" w:firstColumn="1" w:lastColumn="0" w:noHBand="0" w:noVBand="1"/>
      </w:tblPr>
      <w:tblGrid>
        <w:gridCol w:w="2266"/>
        <w:gridCol w:w="2266"/>
        <w:gridCol w:w="2266"/>
        <w:gridCol w:w="2266"/>
      </w:tblGrid>
      <w:tr w:rsidR="003B7415" w:rsidRPr="001C4762" w14:paraId="6752F7EA" w14:textId="77777777">
        <w:trPr>
          <w:jc w:val="center"/>
        </w:trPr>
        <w:tc>
          <w:tcPr>
            <w:tcW w:w="2266" w:type="dxa"/>
            <w:shd w:val="clear" w:color="auto" w:fill="1A3A5C"/>
            <w:vAlign w:val="center"/>
          </w:tcPr>
          <w:p w14:paraId="04211881" w14:textId="77777777" w:rsidR="003B7415" w:rsidRPr="001C4762" w:rsidRDefault="002165D6">
            <w:pPr>
              <w:spacing w:before="120" w:after="40"/>
              <w:jc w:val="center"/>
              <w:rPr>
                <w:rFonts w:ascii="Avenir Next Condensed" w:hAnsi="Avenir Next Condensed"/>
                <w:lang w:val="fr-FR"/>
              </w:rPr>
            </w:pPr>
            <w:r w:rsidRPr="001C4762">
              <w:rPr>
                <w:rFonts w:ascii="Avenir Next Condensed" w:hAnsi="Avenir Next Condensed"/>
                <w:b/>
                <w:color w:val="FFFFFF"/>
                <w:sz w:val="32"/>
                <w:lang w:val="fr-FR"/>
              </w:rPr>
              <w:t>+50 ans</w:t>
            </w:r>
          </w:p>
        </w:tc>
        <w:tc>
          <w:tcPr>
            <w:tcW w:w="2266" w:type="dxa"/>
            <w:shd w:val="clear" w:color="auto" w:fill="008B8B"/>
            <w:vAlign w:val="center"/>
          </w:tcPr>
          <w:p w14:paraId="04B5B5C8" w14:textId="77777777" w:rsidR="003B7415" w:rsidRPr="001C4762" w:rsidRDefault="002165D6">
            <w:pPr>
              <w:spacing w:before="120" w:after="40"/>
              <w:jc w:val="center"/>
              <w:rPr>
                <w:rFonts w:ascii="Avenir Next Condensed" w:hAnsi="Avenir Next Condensed"/>
                <w:lang w:val="fr-FR"/>
              </w:rPr>
            </w:pPr>
            <w:r w:rsidRPr="001C4762">
              <w:rPr>
                <w:rFonts w:ascii="Avenir Next Condensed" w:hAnsi="Avenir Next Condensed"/>
                <w:b/>
                <w:color w:val="FFFFFF"/>
                <w:sz w:val="32"/>
                <w:lang w:val="fr-FR"/>
              </w:rPr>
              <w:t>3 événements</w:t>
            </w:r>
          </w:p>
        </w:tc>
        <w:tc>
          <w:tcPr>
            <w:tcW w:w="2266" w:type="dxa"/>
            <w:shd w:val="clear" w:color="auto" w:fill="E86A1A"/>
            <w:vAlign w:val="center"/>
          </w:tcPr>
          <w:p w14:paraId="4A0B6481" w14:textId="77777777" w:rsidR="003B7415" w:rsidRPr="001C4762" w:rsidRDefault="002165D6">
            <w:pPr>
              <w:spacing w:before="120" w:after="40"/>
              <w:jc w:val="center"/>
              <w:rPr>
                <w:rFonts w:ascii="Avenir Next Condensed" w:hAnsi="Avenir Next Condensed"/>
                <w:lang w:val="fr-FR"/>
              </w:rPr>
            </w:pPr>
            <w:r w:rsidRPr="001C4762">
              <w:rPr>
                <w:rFonts w:ascii="Avenir Next Condensed" w:hAnsi="Avenir Next Condensed"/>
                <w:b/>
                <w:color w:val="FFFFFF"/>
                <w:sz w:val="32"/>
                <w:lang w:val="fr-FR"/>
              </w:rPr>
              <w:t>30+ bénévoles</w:t>
            </w:r>
          </w:p>
        </w:tc>
        <w:tc>
          <w:tcPr>
            <w:tcW w:w="2266" w:type="dxa"/>
            <w:shd w:val="clear" w:color="auto" w:fill="1A3A5C"/>
            <w:vAlign w:val="center"/>
          </w:tcPr>
          <w:p w14:paraId="321B95EA" w14:textId="77777777" w:rsidR="003B7415" w:rsidRPr="001C4762" w:rsidRDefault="002165D6">
            <w:pPr>
              <w:spacing w:before="120" w:after="40"/>
              <w:jc w:val="center"/>
              <w:rPr>
                <w:rFonts w:ascii="Avenir Next Condensed" w:hAnsi="Avenir Next Condensed"/>
                <w:lang w:val="fr-FR"/>
              </w:rPr>
            </w:pPr>
            <w:r w:rsidRPr="001C4762">
              <w:rPr>
                <w:rFonts w:ascii="Avenir Next Condensed" w:hAnsi="Avenir Next Condensed"/>
                <w:b/>
                <w:color w:val="FFFFFF"/>
                <w:sz w:val="32"/>
                <w:lang w:val="fr-FR"/>
              </w:rPr>
              <w:t>Entrée gratuite</w:t>
            </w:r>
          </w:p>
        </w:tc>
      </w:tr>
      <w:tr w:rsidR="003B7415" w:rsidRPr="001C4762" w14:paraId="5C742DAD" w14:textId="77777777">
        <w:trPr>
          <w:jc w:val="center"/>
        </w:trPr>
        <w:tc>
          <w:tcPr>
            <w:tcW w:w="2266" w:type="dxa"/>
            <w:shd w:val="clear" w:color="auto" w:fill="1A3A5C"/>
            <w:vAlign w:val="center"/>
          </w:tcPr>
          <w:p w14:paraId="74FDB7E7" w14:textId="74B62892" w:rsidR="003B7415" w:rsidRPr="001C4762" w:rsidRDefault="002165D6">
            <w:pPr>
              <w:spacing w:after="120"/>
              <w:jc w:val="center"/>
              <w:rPr>
                <w:rFonts w:ascii="Avenir Next Condensed" w:hAnsi="Avenir Next Condensed"/>
                <w:lang w:val="fr-FR"/>
              </w:rPr>
            </w:pPr>
            <w:r w:rsidRPr="001C4762">
              <w:rPr>
                <w:rFonts w:ascii="Avenir Next Condensed" w:hAnsi="Avenir Next Condensed"/>
                <w:i/>
                <w:color w:val="FFFFFF"/>
                <w:sz w:val="18"/>
                <w:lang w:val="fr-FR"/>
              </w:rPr>
              <w:t>d'histoire</w:t>
            </w:r>
          </w:p>
        </w:tc>
        <w:tc>
          <w:tcPr>
            <w:tcW w:w="2266" w:type="dxa"/>
            <w:shd w:val="clear" w:color="auto" w:fill="008B8B"/>
            <w:vAlign w:val="center"/>
          </w:tcPr>
          <w:p w14:paraId="44850856" w14:textId="77777777" w:rsidR="003B7415" w:rsidRPr="001C4762" w:rsidRDefault="002165D6">
            <w:pPr>
              <w:spacing w:after="120"/>
              <w:jc w:val="center"/>
              <w:rPr>
                <w:rFonts w:ascii="Avenir Next Condensed" w:hAnsi="Avenir Next Condensed"/>
                <w:lang w:val="fr-FR"/>
              </w:rPr>
            </w:pPr>
            <w:r w:rsidRPr="001C4762">
              <w:rPr>
                <w:rFonts w:ascii="Avenir Next Condensed" w:hAnsi="Avenir Next Condensed"/>
                <w:i/>
                <w:color w:val="FFFFFF"/>
                <w:sz w:val="18"/>
                <w:lang w:val="fr-FR"/>
              </w:rPr>
              <w:t>phares par été</w:t>
            </w:r>
          </w:p>
        </w:tc>
        <w:tc>
          <w:tcPr>
            <w:tcW w:w="2266" w:type="dxa"/>
            <w:shd w:val="clear" w:color="auto" w:fill="E86A1A"/>
            <w:vAlign w:val="center"/>
          </w:tcPr>
          <w:p w14:paraId="3E9DA8FA" w14:textId="77777777" w:rsidR="003B7415" w:rsidRPr="001C4762" w:rsidRDefault="002165D6">
            <w:pPr>
              <w:spacing w:after="120"/>
              <w:jc w:val="center"/>
              <w:rPr>
                <w:rFonts w:ascii="Avenir Next Condensed" w:hAnsi="Avenir Next Condensed"/>
                <w:lang w:val="fr-FR"/>
              </w:rPr>
            </w:pPr>
            <w:r w:rsidRPr="001C4762">
              <w:rPr>
                <w:rFonts w:ascii="Avenir Next Condensed" w:hAnsi="Avenir Next Condensed"/>
                <w:i/>
                <w:color w:val="FFFFFF"/>
                <w:sz w:val="18"/>
                <w:lang w:val="fr-FR"/>
              </w:rPr>
              <w:t>mobilisés</w:t>
            </w:r>
          </w:p>
        </w:tc>
        <w:tc>
          <w:tcPr>
            <w:tcW w:w="2266" w:type="dxa"/>
            <w:shd w:val="clear" w:color="auto" w:fill="1A3A5C"/>
            <w:vAlign w:val="center"/>
          </w:tcPr>
          <w:p w14:paraId="41686193" w14:textId="77777777" w:rsidR="003B7415" w:rsidRPr="001C4762" w:rsidRDefault="002165D6">
            <w:pPr>
              <w:spacing w:after="120"/>
              <w:jc w:val="center"/>
              <w:rPr>
                <w:rFonts w:ascii="Avenir Next Condensed" w:hAnsi="Avenir Next Condensed"/>
                <w:lang w:val="fr-FR"/>
              </w:rPr>
            </w:pPr>
            <w:r w:rsidRPr="001C4762">
              <w:rPr>
                <w:rFonts w:ascii="Avenir Next Condensed" w:hAnsi="Avenir Next Condensed"/>
                <w:i/>
                <w:color w:val="FFFFFF"/>
                <w:sz w:val="18"/>
                <w:lang w:val="fr-FR"/>
              </w:rPr>
              <w:t>pour les soirées</w:t>
            </w:r>
          </w:p>
        </w:tc>
      </w:tr>
    </w:tbl>
    <w:p w14:paraId="7009278D" w14:textId="77777777" w:rsidR="003B7415" w:rsidRPr="001C4762" w:rsidRDefault="003B7415">
      <w:pPr>
        <w:rPr>
          <w:rFonts w:ascii="Avenir Next Condensed" w:hAnsi="Avenir Next Condensed"/>
          <w:lang w:val="fr-FR"/>
        </w:rPr>
      </w:pPr>
    </w:p>
    <w:p w14:paraId="2A3F4708" w14:textId="77777777"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5894CCA8" w14:textId="77777777" w:rsidR="003B7415" w:rsidRPr="001C4762" w:rsidRDefault="002165D6">
      <w:pPr>
        <w:spacing w:before="360" w:after="120"/>
        <w:rPr>
          <w:rFonts w:ascii="Avenir Next Condensed" w:hAnsi="Avenir Next Condensed"/>
          <w:lang w:val="fr-FR"/>
        </w:rPr>
      </w:pPr>
      <w:r w:rsidRPr="001C4762">
        <w:rPr>
          <w:rFonts w:ascii="Avenir Next Condensed" w:hAnsi="Avenir Next Condensed"/>
          <w:b/>
          <w:color w:val="1A3A5C"/>
          <w:sz w:val="32"/>
          <w:lang w:val="fr-FR"/>
        </w:rPr>
        <w:lastRenderedPageBreak/>
        <w:t>3. Fiches Événements</w:t>
      </w:r>
    </w:p>
    <w:p w14:paraId="5F7C1F32" w14:textId="77777777" w:rsidR="003B7415" w:rsidRPr="001C4762" w:rsidRDefault="003B7415">
      <w:pPr>
        <w:pBdr>
          <w:bottom w:val="single" w:sz="6" w:space="1" w:color="008B8B"/>
        </w:pBdr>
        <w:spacing w:before="80" w:after="80"/>
        <w:rPr>
          <w:rFonts w:ascii="Avenir Next Condensed" w:hAnsi="Avenir Next Condensed"/>
          <w:lang w:val="fr-FR"/>
        </w:rPr>
      </w:pPr>
    </w:p>
    <w:p w14:paraId="37C5BD05" w14:textId="77777777" w:rsidR="003B7415" w:rsidRPr="001C4762" w:rsidRDefault="002165D6">
      <w:pPr>
        <w:spacing w:before="240" w:after="80"/>
        <w:rPr>
          <w:rFonts w:ascii="Avenir Next Condensed" w:hAnsi="Avenir Next Condensed"/>
          <w:lang w:val="fr-FR"/>
        </w:rPr>
      </w:pPr>
      <w:r w:rsidRPr="001C4762">
        <w:rPr>
          <w:rFonts w:ascii="Apple Color Emoji" w:hAnsi="Apple Color Emoji" w:cs="Apple Color Emoji"/>
          <w:b/>
          <w:caps/>
          <w:color w:val="E86A1A"/>
          <w:sz w:val="18"/>
          <w:lang w:val="fr-FR"/>
        </w:rPr>
        <w:t>🦪</w:t>
      </w:r>
      <w:r w:rsidRPr="001C4762">
        <w:rPr>
          <w:rFonts w:ascii="Avenir Next Condensed" w:hAnsi="Avenir Next Condensed"/>
          <w:b/>
          <w:caps/>
          <w:color w:val="E86A1A"/>
          <w:sz w:val="18"/>
          <w:lang w:val="fr-FR"/>
        </w:rPr>
        <w:t xml:space="preserve">  FICHE ÉVÉNEMENT 1</w:t>
      </w:r>
    </w:p>
    <w:p w14:paraId="37F14C52" w14:textId="77777777" w:rsidR="003B7415" w:rsidRPr="001C4762" w:rsidRDefault="002165D6">
      <w:pPr>
        <w:spacing w:before="40" w:after="40"/>
        <w:rPr>
          <w:rFonts w:ascii="Avenir Next Condensed" w:hAnsi="Avenir Next Condensed"/>
          <w:lang w:val="fr-FR"/>
        </w:rPr>
      </w:pPr>
      <w:r w:rsidRPr="001C4762">
        <w:rPr>
          <w:rFonts w:ascii="Avenir Next Condensed" w:hAnsi="Avenir Next Condensed"/>
          <w:b/>
          <w:color w:val="1A3A5C"/>
          <w:sz w:val="36"/>
          <w:lang w:val="fr-FR"/>
        </w:rPr>
        <w:t>Petite Fête de la Moule</w:t>
      </w:r>
    </w:p>
    <w:p w14:paraId="3F09C805" w14:textId="77777777" w:rsidR="003B7415" w:rsidRPr="001C4762" w:rsidRDefault="002165D6">
      <w:pPr>
        <w:spacing w:after="160"/>
        <w:rPr>
          <w:rFonts w:ascii="Avenir Next Condensed" w:hAnsi="Avenir Next Condensed"/>
          <w:lang w:val="fr-FR"/>
        </w:rPr>
      </w:pPr>
      <w:r w:rsidRPr="001C4762">
        <w:rPr>
          <w:rFonts w:ascii="Avenir Next Condensed" w:hAnsi="Avenir Next Condensed"/>
          <w:b/>
          <w:i/>
          <w:color w:val="008B8B"/>
          <w:sz w:val="24"/>
          <w:lang w:val="fr-FR"/>
        </w:rPr>
        <w:t>Samedi 27 &amp; Dimanche 28 juin 2026  ·  Maison de Carro</w:t>
      </w:r>
    </w:p>
    <w:p w14:paraId="754B46AC" w14:textId="77777777" w:rsidR="003B7415" w:rsidRPr="001C4762" w:rsidRDefault="003B7415">
      <w:pPr>
        <w:pBdr>
          <w:bottom w:val="single" w:sz="6" w:space="1" w:color="008B8B"/>
        </w:pBdr>
        <w:spacing w:before="80" w:after="80"/>
        <w:rPr>
          <w:rFonts w:ascii="Avenir Next Condensed" w:hAnsi="Avenir Next Condensed"/>
          <w:lang w:val="fr-FR"/>
        </w:rPr>
      </w:pPr>
    </w:p>
    <w:p w14:paraId="63E33309" w14:textId="0E6D55E5" w:rsidR="003B7415" w:rsidRPr="001C4762" w:rsidRDefault="002165D6">
      <w:pPr>
        <w:spacing w:before="160" w:after="120"/>
        <w:jc w:val="both"/>
        <w:rPr>
          <w:rFonts w:ascii="Avenir Next Condensed" w:hAnsi="Avenir Next Condensed"/>
          <w:lang w:val="fr-FR"/>
        </w:rPr>
      </w:pPr>
      <w:r w:rsidRPr="001C4762">
        <w:rPr>
          <w:rFonts w:ascii="Avenir Next Condensed" w:hAnsi="Avenir Next Condensed"/>
          <w:color w:val="444444"/>
          <w:lang w:val="fr-FR"/>
        </w:rPr>
        <w:t xml:space="preserve">La Petite Fête de la Moule est sans doute l'événement le plus intime et le plus savoureux de l'été à Carro. Loin de la frénésie des grandes fêtes foraines, elle cultive un art de recevoir simple, chaleureux et généreux, dans le cadre ombragé de la Maison de Carro, sous les pins qui surplombent </w:t>
      </w:r>
      <w:r w:rsidR="00580FC4" w:rsidRPr="001C4762">
        <w:rPr>
          <w:rFonts w:ascii="Avenir Next Condensed" w:hAnsi="Avenir Next Condensed"/>
          <w:color w:val="444444"/>
          <w:lang w:val="fr-FR"/>
        </w:rPr>
        <w:t>la</w:t>
      </w:r>
      <w:r w:rsidRPr="001C4762">
        <w:rPr>
          <w:rFonts w:ascii="Avenir Next Condensed" w:hAnsi="Avenir Next Condensed"/>
          <w:color w:val="444444"/>
          <w:lang w:val="fr-FR"/>
        </w:rPr>
        <w:t xml:space="preserve"> </w:t>
      </w:r>
      <w:r w:rsidR="00580FC4" w:rsidRPr="001C4762">
        <w:rPr>
          <w:rFonts w:ascii="Avenir Next Condensed" w:hAnsi="Avenir Next Condensed"/>
          <w:color w:val="444444"/>
          <w:lang w:val="fr-FR"/>
        </w:rPr>
        <w:t>plage de Carro</w:t>
      </w:r>
      <w:r w:rsidRPr="001C4762">
        <w:rPr>
          <w:rFonts w:ascii="Avenir Next Condensed" w:hAnsi="Avenir Next Condensed"/>
          <w:color w:val="444444"/>
          <w:lang w:val="fr-FR"/>
        </w:rPr>
        <w:t xml:space="preserve">. On y vient pour se retrouver, pour </w:t>
      </w:r>
      <w:r w:rsidR="00580FC4" w:rsidRPr="001C4762">
        <w:rPr>
          <w:rFonts w:ascii="Avenir Next Condensed" w:hAnsi="Avenir Next Condensed"/>
          <w:color w:val="444444"/>
          <w:lang w:val="fr-FR"/>
        </w:rPr>
        <w:t xml:space="preserve">bien </w:t>
      </w:r>
      <w:r w:rsidRPr="001C4762">
        <w:rPr>
          <w:rFonts w:ascii="Avenir Next Condensed" w:hAnsi="Avenir Next Condensed"/>
          <w:color w:val="444444"/>
          <w:lang w:val="fr-FR"/>
        </w:rPr>
        <w:t>manger, pour écouter de la musique et pour profiter de la douceur particulière que prennent les soirées de juin en bord de Méditerranée.</w:t>
      </w:r>
    </w:p>
    <w:p w14:paraId="1E29D888"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 xml:space="preserve">La Brasucade : une </w:t>
      </w:r>
      <w:r w:rsidRPr="001C4762">
        <w:rPr>
          <w:rFonts w:ascii="Avenir Next Condensed" w:hAnsi="Avenir Next Condensed"/>
          <w:b/>
          <w:color w:val="008B8B"/>
          <w:sz w:val="24"/>
          <w:lang w:val="fr-FR"/>
        </w:rPr>
        <w:t>spécialité inédite dans la région</w:t>
      </w:r>
    </w:p>
    <w:p w14:paraId="4664A156"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Au cœur de l'événement, il y a la Brasucade. Des moules de </w:t>
      </w:r>
      <w:proofErr w:type="spellStart"/>
      <w:r w:rsidRPr="001C4762">
        <w:rPr>
          <w:rFonts w:ascii="Avenir Next Condensed" w:hAnsi="Avenir Next Condensed"/>
          <w:color w:val="444444"/>
          <w:lang w:val="fr-FR"/>
        </w:rPr>
        <w:t>Carteau</w:t>
      </w:r>
      <w:proofErr w:type="spellEnd"/>
      <w:r w:rsidRPr="001C4762">
        <w:rPr>
          <w:rFonts w:ascii="Avenir Next Condensed" w:hAnsi="Avenir Next Condensed"/>
          <w:color w:val="444444"/>
          <w:lang w:val="fr-FR"/>
        </w:rPr>
        <w:t xml:space="preserve"> — provenant de l'élevage de Port-Saint-Louis-du-Rhône — cuites au feu de bois vif dans un grand bac d'acier, puis incorporées dans une marinade préparée selon une recette tenue secrète, transmise d'année en année par les anciens bénévoles. Une préparation unique dans la région, qui fait la fierté du Comité et l'émerveillement des visiteurs qui la découvrent pour la première fois.</w:t>
      </w:r>
    </w:p>
    <w:p w14:paraId="1D8E4878"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La formule est simple et généreuse : un menu unique à 16 € comprenant les moules, des frites fraîches (pommes de terre françaises transformées autour de l'Étang de Berre), une boisson et une glace. Pour ceux qui ne souhaitent pas manger de moules, un menu Hot-Dog est proposé à 10 €, avec une saucisse </w:t>
      </w:r>
      <w:proofErr w:type="spellStart"/>
      <w:r w:rsidRPr="001C4762">
        <w:rPr>
          <w:rFonts w:ascii="Avenir Next Condensed" w:hAnsi="Avenir Next Condensed"/>
          <w:color w:val="444444"/>
          <w:lang w:val="fr-FR"/>
        </w:rPr>
        <w:t>Knack</w:t>
      </w:r>
      <w:proofErr w:type="spellEnd"/>
      <w:r w:rsidRPr="001C4762">
        <w:rPr>
          <w:rFonts w:ascii="Avenir Next Condensed" w:hAnsi="Avenir Next Condensed"/>
          <w:color w:val="444444"/>
          <w:lang w:val="fr-FR"/>
        </w:rPr>
        <w:t xml:space="preserve"> d'Alsace de porc et bœuf fumée, frites, boisson et glace.</w:t>
      </w:r>
    </w:p>
    <w:p w14:paraId="767EF078"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Nouveauté 2026 : le samedi soir devient une soirée funk</w:t>
      </w:r>
    </w:p>
    <w:p w14:paraId="7EDC135E"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Cette édition marque une évolution importante dans le format de la manifestation. Le déjeuner du samedi est remplacé par un dîner et une soirée musicale. À partir de 18h, les bénévoles ouvrent la buvette pour un apéritif sous les pins. Le service du repas se déroule de 18h à 21h, puis le groupe Nath Contrôle Funky monte sur scène de 20h à 23h pour une soirée funk qui promet de prolonger agréablement la fête jusqu'à la tombée de la nuit.</w:t>
      </w:r>
    </w:p>
    <w:p w14:paraId="5BDFED04"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Le dimanche, la formule traditionnelle du déjeuner est maintenue de 12h à 15h, animée musicalement par le groupe Macadam de 13h à 16h. Un repas sous les arbres, dans l'esprit convivial et familial qui caractérise l'événement depuis ses débuts.</w:t>
      </w:r>
    </w:p>
    <w:p w14:paraId="12A6FBBB" w14:textId="77777777" w:rsidR="00580FC4" w:rsidRPr="001C4762" w:rsidRDefault="00580FC4">
      <w:pPr>
        <w:rPr>
          <w:rFonts w:ascii="Avenir Next Condensed" w:hAnsi="Avenir Next Condensed"/>
          <w:b/>
          <w:color w:val="008B8B"/>
          <w:sz w:val="24"/>
          <w:lang w:val="fr-FR"/>
        </w:rPr>
      </w:pPr>
      <w:r w:rsidRPr="001C4762">
        <w:rPr>
          <w:rFonts w:ascii="Avenir Next Condensed" w:hAnsi="Avenir Next Condensed"/>
          <w:b/>
          <w:color w:val="008B8B"/>
          <w:sz w:val="24"/>
          <w:lang w:val="fr-FR"/>
        </w:rPr>
        <w:br w:type="page"/>
      </w:r>
    </w:p>
    <w:p w14:paraId="389493A3" w14:textId="62C09F2A"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lastRenderedPageBreak/>
        <w:t>Programme détaillé</w:t>
      </w:r>
    </w:p>
    <w:tbl>
      <w:tblPr>
        <w:tblStyle w:val="Grilledutableau"/>
        <w:tblW w:w="0" w:type="auto"/>
        <w:tblLook w:val="04A0" w:firstRow="1" w:lastRow="0" w:firstColumn="1" w:lastColumn="0" w:noHBand="0" w:noVBand="1"/>
      </w:tblPr>
      <w:tblGrid>
        <w:gridCol w:w="2093"/>
        <w:gridCol w:w="1701"/>
        <w:gridCol w:w="5272"/>
      </w:tblGrid>
      <w:tr w:rsidR="003B7415" w:rsidRPr="001C4762" w14:paraId="567F7717" w14:textId="77777777" w:rsidTr="00580FC4">
        <w:tc>
          <w:tcPr>
            <w:tcW w:w="2093" w:type="dxa"/>
            <w:shd w:val="clear" w:color="auto" w:fill="1A3A5C"/>
          </w:tcPr>
          <w:p w14:paraId="36F09E3F" w14:textId="77777777" w:rsidR="003B7415" w:rsidRPr="001C4762" w:rsidRDefault="002165D6" w:rsidP="00580FC4">
            <w:pPr>
              <w:rPr>
                <w:rFonts w:ascii="Avenir Next Condensed" w:hAnsi="Avenir Next Condensed"/>
                <w:lang w:val="fr-FR"/>
              </w:rPr>
            </w:pPr>
            <w:r w:rsidRPr="001C4762">
              <w:rPr>
                <w:rFonts w:ascii="Avenir Next Condensed" w:hAnsi="Avenir Next Condensed"/>
                <w:b/>
                <w:color w:val="FFFFFF"/>
                <w:sz w:val="20"/>
                <w:lang w:val="fr-FR"/>
              </w:rPr>
              <w:t>Jour</w:t>
            </w:r>
          </w:p>
        </w:tc>
        <w:tc>
          <w:tcPr>
            <w:tcW w:w="1701" w:type="dxa"/>
            <w:shd w:val="clear" w:color="auto" w:fill="1A3A5C"/>
          </w:tcPr>
          <w:p w14:paraId="47F39C0C"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Horaires</w:t>
            </w:r>
          </w:p>
        </w:tc>
        <w:tc>
          <w:tcPr>
            <w:tcW w:w="5272" w:type="dxa"/>
            <w:shd w:val="clear" w:color="auto" w:fill="1A3A5C"/>
          </w:tcPr>
          <w:p w14:paraId="67B644EF"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Au programme</w:t>
            </w:r>
          </w:p>
        </w:tc>
      </w:tr>
      <w:tr w:rsidR="003B7415" w:rsidRPr="001C4762" w14:paraId="087C1FA7" w14:textId="77777777" w:rsidTr="00580FC4">
        <w:tc>
          <w:tcPr>
            <w:tcW w:w="2093" w:type="dxa"/>
            <w:shd w:val="clear" w:color="auto" w:fill="F0F8FF"/>
          </w:tcPr>
          <w:p w14:paraId="73088744"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Samedi 27 juin</w:t>
            </w:r>
          </w:p>
        </w:tc>
        <w:tc>
          <w:tcPr>
            <w:tcW w:w="1701" w:type="dxa"/>
            <w:shd w:val="clear" w:color="auto" w:fill="F0F8FF"/>
          </w:tcPr>
          <w:p w14:paraId="293A3AB5"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Dès 18h</w:t>
            </w:r>
          </w:p>
        </w:tc>
        <w:tc>
          <w:tcPr>
            <w:tcW w:w="5272" w:type="dxa"/>
            <w:shd w:val="clear" w:color="auto" w:fill="F0F8FF"/>
          </w:tcPr>
          <w:p w14:paraId="39EB0719"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Buvette &amp; apéritif sous les pins</w:t>
            </w:r>
          </w:p>
        </w:tc>
      </w:tr>
      <w:tr w:rsidR="003B7415" w:rsidRPr="001C4762" w14:paraId="19D1A257" w14:textId="77777777" w:rsidTr="00580FC4">
        <w:tc>
          <w:tcPr>
            <w:tcW w:w="2093" w:type="dxa"/>
            <w:shd w:val="clear" w:color="auto" w:fill="FFFFFF"/>
          </w:tcPr>
          <w:p w14:paraId="1CD70DC8"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Samedi 27 juin</w:t>
            </w:r>
          </w:p>
        </w:tc>
        <w:tc>
          <w:tcPr>
            <w:tcW w:w="1701" w:type="dxa"/>
            <w:shd w:val="clear" w:color="auto" w:fill="FFFFFF"/>
          </w:tcPr>
          <w:p w14:paraId="01386968"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18h – 21h</w:t>
            </w:r>
          </w:p>
        </w:tc>
        <w:tc>
          <w:tcPr>
            <w:tcW w:w="5272" w:type="dxa"/>
            <w:shd w:val="clear" w:color="auto" w:fill="FFFFFF"/>
          </w:tcPr>
          <w:p w14:paraId="6C3073A6"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Repas Brasucade ou Hot-Dog (self-service)</w:t>
            </w:r>
          </w:p>
        </w:tc>
      </w:tr>
      <w:tr w:rsidR="003B7415" w:rsidRPr="001C4762" w14:paraId="22B19099" w14:textId="77777777" w:rsidTr="00580FC4">
        <w:tc>
          <w:tcPr>
            <w:tcW w:w="2093" w:type="dxa"/>
            <w:shd w:val="clear" w:color="auto" w:fill="F0F8FF"/>
          </w:tcPr>
          <w:p w14:paraId="1A4DAC5D"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Samedi 27 juin</w:t>
            </w:r>
          </w:p>
        </w:tc>
        <w:tc>
          <w:tcPr>
            <w:tcW w:w="1701" w:type="dxa"/>
            <w:shd w:val="clear" w:color="auto" w:fill="F0F8FF"/>
          </w:tcPr>
          <w:p w14:paraId="30DA2D93"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20h – 23h</w:t>
            </w:r>
          </w:p>
        </w:tc>
        <w:tc>
          <w:tcPr>
            <w:tcW w:w="5272" w:type="dxa"/>
            <w:shd w:val="clear" w:color="auto" w:fill="F0F8FF"/>
          </w:tcPr>
          <w:p w14:paraId="3D132650"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Concert — Nath Contrôle Funky (funk)</w:t>
            </w:r>
          </w:p>
        </w:tc>
      </w:tr>
      <w:tr w:rsidR="003B7415" w:rsidRPr="001C4762" w14:paraId="20D0E34B" w14:textId="77777777" w:rsidTr="00580FC4">
        <w:tc>
          <w:tcPr>
            <w:tcW w:w="2093" w:type="dxa"/>
            <w:shd w:val="clear" w:color="auto" w:fill="FFFFFF"/>
          </w:tcPr>
          <w:p w14:paraId="110506A4"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Dimanche 28 juin</w:t>
            </w:r>
          </w:p>
        </w:tc>
        <w:tc>
          <w:tcPr>
            <w:tcW w:w="1701" w:type="dxa"/>
            <w:shd w:val="clear" w:color="auto" w:fill="FFFFFF"/>
          </w:tcPr>
          <w:p w14:paraId="08DC78E1"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12h – 15h</w:t>
            </w:r>
          </w:p>
        </w:tc>
        <w:tc>
          <w:tcPr>
            <w:tcW w:w="5272" w:type="dxa"/>
            <w:shd w:val="clear" w:color="auto" w:fill="FFFFFF"/>
          </w:tcPr>
          <w:p w14:paraId="0D16052A"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Repas Brasucade ou Hot-Dog (self-service)</w:t>
            </w:r>
          </w:p>
        </w:tc>
      </w:tr>
      <w:tr w:rsidR="003B7415" w:rsidRPr="001C4762" w14:paraId="25DE1E7E" w14:textId="77777777" w:rsidTr="00580FC4">
        <w:tc>
          <w:tcPr>
            <w:tcW w:w="2093" w:type="dxa"/>
            <w:shd w:val="clear" w:color="auto" w:fill="F0F8FF"/>
          </w:tcPr>
          <w:p w14:paraId="08AC6F38"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Dimanche 28 juin</w:t>
            </w:r>
          </w:p>
        </w:tc>
        <w:tc>
          <w:tcPr>
            <w:tcW w:w="1701" w:type="dxa"/>
            <w:shd w:val="clear" w:color="auto" w:fill="F0F8FF"/>
          </w:tcPr>
          <w:p w14:paraId="5A3368F2"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13h – 16h</w:t>
            </w:r>
          </w:p>
        </w:tc>
        <w:tc>
          <w:tcPr>
            <w:tcW w:w="5272" w:type="dxa"/>
            <w:shd w:val="clear" w:color="auto" w:fill="F0F8FF"/>
          </w:tcPr>
          <w:p w14:paraId="014DEF33"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Concert — Macadam (variété)</w:t>
            </w:r>
          </w:p>
        </w:tc>
      </w:tr>
    </w:tbl>
    <w:p w14:paraId="55448CA2" w14:textId="77777777" w:rsidR="003B7415" w:rsidRPr="001C4762" w:rsidRDefault="003B7415">
      <w:pPr>
        <w:rPr>
          <w:rFonts w:ascii="Avenir Next Condensed" w:hAnsi="Avenir Next Condensed"/>
          <w:lang w:val="fr-FR"/>
        </w:rPr>
      </w:pPr>
    </w:p>
    <w:p w14:paraId="41D4056C"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Développement durable &amp; approvisionnements locaux</w:t>
      </w:r>
    </w:p>
    <w:p w14:paraId="7DE0C4DE"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La Petite Fête de la Moule s'inscrit pleinement dans la démarche éco-responsable du Comité. Tous les produits alimentaires proviennent d'un rayon inférieur à 100 km : moules de </w:t>
      </w:r>
      <w:proofErr w:type="spellStart"/>
      <w:r w:rsidRPr="001C4762">
        <w:rPr>
          <w:rFonts w:ascii="Avenir Next Condensed" w:hAnsi="Avenir Next Condensed"/>
          <w:color w:val="444444"/>
          <w:lang w:val="fr-FR"/>
        </w:rPr>
        <w:t>Carteau</w:t>
      </w:r>
      <w:proofErr w:type="spellEnd"/>
      <w:r w:rsidRPr="001C4762">
        <w:rPr>
          <w:rFonts w:ascii="Avenir Next Condensed" w:hAnsi="Avenir Next Condensed"/>
          <w:color w:val="444444"/>
          <w:lang w:val="fr-FR"/>
        </w:rPr>
        <w:t xml:space="preserve">, vin rosé de la cave de Saint-Julien-les-Martigues, glaces </w:t>
      </w:r>
      <w:proofErr w:type="spellStart"/>
      <w:r w:rsidRPr="001C4762">
        <w:rPr>
          <w:rFonts w:ascii="Avenir Next Condensed" w:hAnsi="Avenir Next Condensed"/>
          <w:color w:val="444444"/>
          <w:lang w:val="fr-FR"/>
        </w:rPr>
        <w:t>EmkiPop</w:t>
      </w:r>
      <w:proofErr w:type="spellEnd"/>
      <w:r w:rsidRPr="001C4762">
        <w:rPr>
          <w:rFonts w:ascii="Avenir Next Condensed" w:hAnsi="Avenir Next Condensed"/>
          <w:color w:val="444444"/>
          <w:lang w:val="fr-FR"/>
        </w:rPr>
        <w:t xml:space="preserve"> à Marseille, bières de la Brasserie </w:t>
      </w:r>
      <w:proofErr w:type="spellStart"/>
      <w:r w:rsidRPr="001C4762">
        <w:rPr>
          <w:rFonts w:ascii="Avenir Next Condensed" w:hAnsi="Avenir Next Condensed"/>
          <w:color w:val="444444"/>
          <w:lang w:val="fr-FR"/>
        </w:rPr>
        <w:t>Sulauze</w:t>
      </w:r>
      <w:proofErr w:type="spellEnd"/>
      <w:r w:rsidRPr="001C4762">
        <w:rPr>
          <w:rFonts w:ascii="Avenir Next Condensed" w:hAnsi="Avenir Next Condensed"/>
          <w:color w:val="444444"/>
          <w:lang w:val="fr-FR"/>
        </w:rPr>
        <w:t xml:space="preserve"> à Miramas. Les réservations obligatoires permettent d'ajuster précisément les approvisionnements et d'éviter tout gaspillage. L'huile de friture est collectée et revendue à des restaurateurs partenaires, et tous les contenants sont fabriqués en matériaux recyclables ou biodégradables.</w:t>
      </w:r>
    </w:p>
    <w:tbl>
      <w:tblPr>
        <w:tblW w:w="0" w:type="auto"/>
        <w:jc w:val="center"/>
        <w:tblLook w:val="04A0" w:firstRow="1" w:lastRow="0" w:firstColumn="1" w:lastColumn="0" w:noHBand="0" w:noVBand="1"/>
      </w:tblPr>
      <w:tblGrid>
        <w:gridCol w:w="9071"/>
      </w:tblGrid>
      <w:tr w:rsidR="003B7415" w:rsidRPr="001C4762" w14:paraId="7DBDF9F1" w14:textId="77777777">
        <w:trPr>
          <w:jc w:val="center"/>
        </w:trPr>
        <w:tc>
          <w:tcPr>
            <w:tcW w:w="9071" w:type="dxa"/>
            <w:shd w:val="clear" w:color="auto" w:fill="F0F8FF"/>
          </w:tcPr>
          <w:p w14:paraId="32ED612D" w14:textId="77777777" w:rsidR="003B7415" w:rsidRPr="001C4762" w:rsidRDefault="002165D6">
            <w:pPr>
              <w:spacing w:before="80"/>
              <w:rPr>
                <w:rFonts w:ascii="Avenir Next Condensed" w:hAnsi="Avenir Next Condensed"/>
                <w:lang w:val="fr-FR"/>
              </w:rPr>
            </w:pPr>
            <w:r w:rsidRPr="001C4762">
              <w:rPr>
                <w:rFonts w:ascii="Avenir Next Condensed" w:hAnsi="Avenir Next Condensed"/>
                <w:b/>
                <w:color w:val="1A3A5C"/>
                <w:lang w:val="fr-FR"/>
              </w:rPr>
              <w:t>L'événement en chiffres</w:t>
            </w:r>
          </w:p>
          <w:p w14:paraId="57B5BDCF"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700 kg de moules</w:t>
            </w:r>
          </w:p>
          <w:p w14:paraId="723F8C75"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200 litres de vin</w:t>
            </w:r>
          </w:p>
          <w:p w14:paraId="0AFC51AE"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250 kg de frites fraîches</w:t>
            </w:r>
          </w:p>
          <w:p w14:paraId="0CD6265A"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30 bénévoles mobilisés</w:t>
            </w:r>
          </w:p>
          <w:p w14:paraId="61867186" w14:textId="2EEA0E6B" w:rsidR="003B7415" w:rsidRPr="001C4762" w:rsidRDefault="002165D6" w:rsidP="00580FC4">
            <w:pPr>
              <w:spacing w:before="20" w:after="20"/>
              <w:rPr>
                <w:rFonts w:ascii="Avenir Next Condensed" w:hAnsi="Avenir Next Condensed"/>
                <w:lang w:val="fr-FR"/>
              </w:rPr>
            </w:pPr>
            <w:r w:rsidRPr="001C4762">
              <w:rPr>
                <w:rFonts w:ascii="Avenir Next Condensed" w:hAnsi="Avenir Next Condensed"/>
                <w:color w:val="444444"/>
                <w:sz w:val="20"/>
                <w:lang w:val="fr-FR"/>
              </w:rPr>
              <w:t>• Réservation obligatoire — Inscription au Cercle de Carro le 6 juin (10h-12h) ou en ligne dès le 8 juin sur www.fetesdecarro.fr</w:t>
            </w:r>
          </w:p>
        </w:tc>
      </w:tr>
    </w:tbl>
    <w:p w14:paraId="7C2A91B3" w14:textId="77777777" w:rsidR="003B7415" w:rsidRPr="001C4762" w:rsidRDefault="003B7415">
      <w:pPr>
        <w:rPr>
          <w:rFonts w:ascii="Avenir Next Condensed" w:hAnsi="Avenir Next Condensed"/>
          <w:lang w:val="fr-FR"/>
        </w:rPr>
      </w:pPr>
    </w:p>
    <w:p w14:paraId="762A1F87" w14:textId="36E82796" w:rsidR="00CC1B1B" w:rsidRDefault="00150FD7" w:rsidP="001D3715">
      <w:pPr>
        <w:jc w:val="center"/>
        <w:rPr>
          <w:rFonts w:ascii="Avenir Next Condensed" w:hAnsi="Avenir Next Condensed"/>
          <w:lang w:val="fr-FR"/>
        </w:rPr>
      </w:pPr>
      <w:r w:rsidRPr="00077962">
        <w:rPr>
          <w:rFonts w:ascii="Avenir Next Condensed" w:hAnsi="Avenir Next Condensed"/>
          <w:b/>
          <w:caps/>
          <w:noProof/>
        </w:rPr>
        <w:drawing>
          <wp:inline distT="0" distB="0" distL="0" distR="0" wp14:anchorId="42874722" wp14:editId="1DFE6319">
            <wp:extent cx="2104226" cy="1397479"/>
            <wp:effectExtent l="0" t="0" r="4445" b="0"/>
            <wp:docPr id="5" name="Image 5" descr="Une image contenant plateau, plusieur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plateau, plusieurs&#10;&#10;Description générée automatiquement"/>
                    <pic:cNvPicPr/>
                  </pic:nvPicPr>
                  <pic:blipFill>
                    <a:blip r:embed="rId9" cstate="print">
                      <a:extLst>
                        <a:ext uri="{28A0092B-C50C-407E-A947-70E740481C1C}">
                          <a14:useLocalDpi xmlns:a14="http://schemas.microsoft.com/office/drawing/2010/main"/>
                        </a:ext>
                      </a:extLst>
                    </a:blip>
                    <a:stretch>
                      <a:fillRect/>
                    </a:stretch>
                  </pic:blipFill>
                  <pic:spPr>
                    <a:xfrm>
                      <a:off x="0" y="0"/>
                      <a:ext cx="2118986" cy="1407281"/>
                    </a:xfrm>
                    <a:prstGeom prst="rect">
                      <a:avLst/>
                    </a:prstGeom>
                  </pic:spPr>
                </pic:pic>
              </a:graphicData>
            </a:graphic>
          </wp:inline>
        </w:drawing>
      </w:r>
      <w:r w:rsidR="001077D9">
        <w:rPr>
          <w:rFonts w:ascii="Avenir Next Condensed" w:hAnsi="Avenir Next Condensed"/>
          <w:b/>
          <w:caps/>
          <w:noProof/>
        </w:rPr>
        <w:drawing>
          <wp:inline distT="0" distB="0" distL="0" distR="0" wp14:anchorId="034378D1" wp14:editId="2FA6685C">
            <wp:extent cx="1880559" cy="1410420"/>
            <wp:effectExtent l="0" t="0" r="0" b="0"/>
            <wp:docPr id="636552496" name="Image 636552496" descr="Une image contenant plein air, arbre, habits, 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52496" name="Image 636552496" descr="Une image contenant plein air, arbre, habits, ciel&#10;&#10;Description générée automatiquement"/>
                    <pic:cNvPicPr/>
                  </pic:nvPicPr>
                  <pic:blipFill>
                    <a:blip r:embed="rId10" cstate="screen">
                      <a:extLst>
                        <a:ext uri="{28A0092B-C50C-407E-A947-70E740481C1C}">
                          <a14:useLocalDpi xmlns:a14="http://schemas.microsoft.com/office/drawing/2010/main"/>
                        </a:ext>
                      </a:extLst>
                    </a:blip>
                    <a:stretch>
                      <a:fillRect/>
                    </a:stretch>
                  </pic:blipFill>
                  <pic:spPr>
                    <a:xfrm>
                      <a:off x="0" y="0"/>
                      <a:ext cx="1904821" cy="1428617"/>
                    </a:xfrm>
                    <a:prstGeom prst="rect">
                      <a:avLst/>
                    </a:prstGeom>
                  </pic:spPr>
                </pic:pic>
              </a:graphicData>
            </a:graphic>
          </wp:inline>
        </w:drawing>
      </w:r>
    </w:p>
    <w:p w14:paraId="62C98C1F" w14:textId="77777777" w:rsidR="00CC1B1B" w:rsidRDefault="00CC1B1B">
      <w:pPr>
        <w:rPr>
          <w:rFonts w:ascii="Avenir Next Condensed" w:hAnsi="Avenir Next Condensed"/>
          <w:lang w:val="fr-FR"/>
        </w:rPr>
      </w:pPr>
    </w:p>
    <w:p w14:paraId="082489AD" w14:textId="490869A4"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7CC258E2" w14:textId="77777777" w:rsidR="003B7415" w:rsidRPr="001C4762" w:rsidRDefault="002165D6">
      <w:pPr>
        <w:spacing w:before="80" w:after="80"/>
        <w:rPr>
          <w:rFonts w:ascii="Avenir Next Condensed" w:hAnsi="Avenir Next Condensed"/>
          <w:lang w:val="fr-FR"/>
        </w:rPr>
      </w:pPr>
      <w:r w:rsidRPr="001C4762">
        <w:rPr>
          <w:rFonts w:ascii="Apple Color Emoji" w:hAnsi="Apple Color Emoji" w:cs="Apple Color Emoji"/>
          <w:b/>
          <w:caps/>
          <w:color w:val="E86A1A"/>
          <w:sz w:val="18"/>
          <w:lang w:val="fr-FR"/>
        </w:rPr>
        <w:lastRenderedPageBreak/>
        <w:t>🎡</w:t>
      </w:r>
      <w:r w:rsidRPr="001C4762">
        <w:rPr>
          <w:rFonts w:ascii="Avenir Next Condensed" w:hAnsi="Avenir Next Condensed"/>
          <w:b/>
          <w:caps/>
          <w:color w:val="E86A1A"/>
          <w:sz w:val="18"/>
          <w:lang w:val="fr-FR"/>
        </w:rPr>
        <w:t xml:space="preserve">  FICHE ÉVÉNEMENT 2</w:t>
      </w:r>
    </w:p>
    <w:p w14:paraId="46D8C84B" w14:textId="77777777" w:rsidR="003B7415" w:rsidRPr="001C4762" w:rsidRDefault="002165D6">
      <w:pPr>
        <w:spacing w:before="40" w:after="40"/>
        <w:rPr>
          <w:rFonts w:ascii="Avenir Next Condensed" w:hAnsi="Avenir Next Condensed"/>
          <w:lang w:val="fr-FR"/>
        </w:rPr>
      </w:pPr>
      <w:r w:rsidRPr="001C4762">
        <w:rPr>
          <w:rFonts w:ascii="Avenir Next Condensed" w:hAnsi="Avenir Next Condensed"/>
          <w:b/>
          <w:color w:val="1A3A5C"/>
          <w:sz w:val="36"/>
          <w:lang w:val="fr-FR"/>
        </w:rPr>
        <w:t>Fête de Carro</w:t>
      </w:r>
    </w:p>
    <w:p w14:paraId="0588B832" w14:textId="77777777" w:rsidR="003B7415" w:rsidRPr="001C4762" w:rsidRDefault="002165D6">
      <w:pPr>
        <w:spacing w:after="160"/>
        <w:rPr>
          <w:rFonts w:ascii="Avenir Next Condensed" w:hAnsi="Avenir Next Condensed"/>
          <w:lang w:val="fr-FR"/>
        </w:rPr>
      </w:pPr>
      <w:r w:rsidRPr="001C4762">
        <w:rPr>
          <w:rFonts w:ascii="Avenir Next Condensed" w:hAnsi="Avenir Next Condensed"/>
          <w:b/>
          <w:i/>
          <w:color w:val="008B8B"/>
          <w:sz w:val="24"/>
          <w:lang w:val="fr-FR"/>
        </w:rPr>
        <w:t>Du 17 au 21 juillet 2026  ·  Front de mer &amp; Port de Carro  ·  Entrée gratuite</w:t>
      </w:r>
    </w:p>
    <w:p w14:paraId="690F0C8F" w14:textId="77777777" w:rsidR="003B7415" w:rsidRPr="001C4762" w:rsidRDefault="003B7415">
      <w:pPr>
        <w:pBdr>
          <w:bottom w:val="single" w:sz="6" w:space="1" w:color="008B8B"/>
        </w:pBdr>
        <w:spacing w:before="80" w:after="80"/>
        <w:rPr>
          <w:rFonts w:ascii="Avenir Next Condensed" w:hAnsi="Avenir Next Condensed"/>
          <w:lang w:val="fr-FR"/>
        </w:rPr>
      </w:pPr>
    </w:p>
    <w:p w14:paraId="0161C536" w14:textId="5163F2F3" w:rsidR="003B7415" w:rsidRPr="001C4762" w:rsidRDefault="002165D6">
      <w:pPr>
        <w:spacing w:before="160" w:after="120"/>
        <w:jc w:val="both"/>
        <w:rPr>
          <w:rFonts w:ascii="Avenir Next Condensed" w:hAnsi="Avenir Next Condensed"/>
          <w:lang w:val="fr-FR"/>
        </w:rPr>
      </w:pPr>
      <w:r w:rsidRPr="001C4762">
        <w:rPr>
          <w:rFonts w:ascii="Avenir Next Condensed" w:hAnsi="Avenir Next Condensed"/>
          <w:color w:val="444444"/>
          <w:lang w:val="fr-FR"/>
        </w:rPr>
        <w:t xml:space="preserve">La Fête de Carro est la plus ancienne fête du village. Elle revient chaque été pour transformer le front de mer en une immense scène populaire ouverte à tous, gratuite, joyeuse et inoubliable. Pendant cinq jours, les manèges forains prennent possession </w:t>
      </w:r>
      <w:r w:rsidR="00580FC4" w:rsidRPr="001C4762">
        <w:rPr>
          <w:rFonts w:ascii="Avenir Next Condensed" w:hAnsi="Avenir Next Condensed"/>
          <w:color w:val="444444"/>
          <w:lang w:val="fr-FR"/>
        </w:rPr>
        <w:t>du front de mer</w:t>
      </w:r>
      <w:r w:rsidRPr="001C4762">
        <w:rPr>
          <w:rFonts w:ascii="Avenir Next Condensed" w:hAnsi="Avenir Next Condensed"/>
          <w:color w:val="444444"/>
          <w:lang w:val="fr-FR"/>
        </w:rPr>
        <w:t>, entre le pittoresque port de pêche et la Méditerranée. Un coucher de soleil, des auto-tamponneuses, les cris des enfants, des grandes soirées dansantes, la pétanque en bord d'eau et un feu d'artifice en clôture : voilà ce que promet la Fête de Carro en 2026.</w:t>
      </w:r>
    </w:p>
    <w:p w14:paraId="1ED75461"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La fête foraine sur le front de mer</w:t>
      </w:r>
    </w:p>
    <w:p w14:paraId="45CCC3B6"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Plus d'une cinquantaine de manèges investissent chaque année le front de mer de Carro, offrant aux familles un spectacle festif unique. La fête foraine est accessible librement, sans frais </w:t>
      </w:r>
      <w:r w:rsidRPr="001C4762">
        <w:rPr>
          <w:rFonts w:ascii="Avenir Next Condensed" w:hAnsi="Avenir Next Condensed"/>
          <w:color w:val="444444"/>
          <w:lang w:val="fr-FR"/>
        </w:rPr>
        <w:t>d'entrée, tout au long des cinq jours de manifestation. C'est l'un des moments les plus attendus de l'été par les enfants du village et les familles en vacances sur la Côte Bleue, qui retrouvent dans cette ambiance joyeuse et populaire quelque chose d'authentiquement méditerranéen.</w:t>
      </w:r>
    </w:p>
    <w:p w14:paraId="5B7D047B"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La pétanque — 1 500 € de gains</w:t>
      </w:r>
    </w:p>
    <w:p w14:paraId="6621BF4B"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Chaque après-midi du samedi 18 au mardi 21 juillet, les meilleurs joueurs de la région s'affrontent au bord de l'eau lors de concours quotidiens avec dotations. Concours de triplettes (samedi, dimanche et mardi) et doublettes (lundi), avec un total de 1 500 € de gains à remporter. Des concours complémentaires sont également organisés chaque jour pour les joueurs non qualifiés.</w:t>
      </w:r>
    </w:p>
    <w:tbl>
      <w:tblPr>
        <w:tblStyle w:val="Grilledutableau"/>
        <w:tblW w:w="0" w:type="auto"/>
        <w:tblLook w:val="04A0" w:firstRow="1" w:lastRow="0" w:firstColumn="1" w:lastColumn="0" w:noHBand="0" w:noVBand="1"/>
      </w:tblPr>
      <w:tblGrid>
        <w:gridCol w:w="2376"/>
        <w:gridCol w:w="3668"/>
        <w:gridCol w:w="3022"/>
      </w:tblGrid>
      <w:tr w:rsidR="003B7415" w:rsidRPr="001C4762" w14:paraId="6DB842BF" w14:textId="77777777" w:rsidTr="00580FC4">
        <w:tc>
          <w:tcPr>
            <w:tcW w:w="2376" w:type="dxa"/>
            <w:shd w:val="clear" w:color="auto" w:fill="1A3A5C"/>
          </w:tcPr>
          <w:p w14:paraId="37B48D91" w14:textId="77777777" w:rsidR="003B7415" w:rsidRPr="001C4762" w:rsidRDefault="002165D6" w:rsidP="00580FC4">
            <w:pPr>
              <w:rPr>
                <w:rFonts w:ascii="Avenir Next Condensed" w:hAnsi="Avenir Next Condensed"/>
                <w:lang w:val="fr-FR"/>
              </w:rPr>
            </w:pPr>
            <w:r w:rsidRPr="001C4762">
              <w:rPr>
                <w:rFonts w:ascii="Avenir Next Condensed" w:hAnsi="Avenir Next Condensed"/>
                <w:b/>
                <w:color w:val="FFFFFF"/>
                <w:sz w:val="20"/>
                <w:lang w:val="fr-FR"/>
              </w:rPr>
              <w:t>Date</w:t>
            </w:r>
          </w:p>
        </w:tc>
        <w:tc>
          <w:tcPr>
            <w:tcW w:w="3668" w:type="dxa"/>
            <w:shd w:val="clear" w:color="auto" w:fill="1A3A5C"/>
          </w:tcPr>
          <w:p w14:paraId="24A7CE0B"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Format</w:t>
            </w:r>
          </w:p>
        </w:tc>
        <w:tc>
          <w:tcPr>
            <w:tcW w:w="3022" w:type="dxa"/>
            <w:shd w:val="clear" w:color="auto" w:fill="1A3A5C"/>
          </w:tcPr>
          <w:p w14:paraId="549831B8"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Dotation principale</w:t>
            </w:r>
          </w:p>
        </w:tc>
      </w:tr>
      <w:tr w:rsidR="003B7415" w:rsidRPr="001C4762" w14:paraId="589D051B" w14:textId="77777777" w:rsidTr="00580FC4">
        <w:tc>
          <w:tcPr>
            <w:tcW w:w="2376" w:type="dxa"/>
            <w:shd w:val="clear" w:color="auto" w:fill="F0F8FF"/>
          </w:tcPr>
          <w:p w14:paraId="50E59099"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Samedi 18 juillet</w:t>
            </w:r>
          </w:p>
        </w:tc>
        <w:tc>
          <w:tcPr>
            <w:tcW w:w="3668" w:type="dxa"/>
            <w:shd w:val="clear" w:color="auto" w:fill="F0F8FF"/>
          </w:tcPr>
          <w:p w14:paraId="11E91720"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Triplette choisie</w:t>
            </w:r>
          </w:p>
        </w:tc>
        <w:tc>
          <w:tcPr>
            <w:tcW w:w="3022" w:type="dxa"/>
            <w:shd w:val="clear" w:color="auto" w:fill="F0F8FF"/>
          </w:tcPr>
          <w:p w14:paraId="3628DC6D"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400 € + complémentaire 100 €</w:t>
            </w:r>
          </w:p>
        </w:tc>
      </w:tr>
      <w:tr w:rsidR="003B7415" w:rsidRPr="001C4762" w14:paraId="1D67112D" w14:textId="77777777" w:rsidTr="00580FC4">
        <w:tc>
          <w:tcPr>
            <w:tcW w:w="2376" w:type="dxa"/>
            <w:shd w:val="clear" w:color="auto" w:fill="FFFFFF"/>
          </w:tcPr>
          <w:p w14:paraId="1AD9CFE7"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Dimanche 19 juillet</w:t>
            </w:r>
          </w:p>
        </w:tc>
        <w:tc>
          <w:tcPr>
            <w:tcW w:w="3668" w:type="dxa"/>
            <w:shd w:val="clear" w:color="auto" w:fill="FFFFFF"/>
          </w:tcPr>
          <w:p w14:paraId="31098465"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Triplette choisie</w:t>
            </w:r>
          </w:p>
        </w:tc>
        <w:tc>
          <w:tcPr>
            <w:tcW w:w="3022" w:type="dxa"/>
            <w:shd w:val="clear" w:color="auto" w:fill="FFFFFF"/>
          </w:tcPr>
          <w:p w14:paraId="5528E85D"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400 € + complémentaire 100 €</w:t>
            </w:r>
          </w:p>
        </w:tc>
      </w:tr>
      <w:tr w:rsidR="003B7415" w:rsidRPr="001C4762" w14:paraId="75CC061B" w14:textId="77777777" w:rsidTr="00580FC4">
        <w:tc>
          <w:tcPr>
            <w:tcW w:w="2376" w:type="dxa"/>
            <w:shd w:val="clear" w:color="auto" w:fill="F0F8FF"/>
          </w:tcPr>
          <w:p w14:paraId="160AB993"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Lundi 20 juillet</w:t>
            </w:r>
          </w:p>
        </w:tc>
        <w:tc>
          <w:tcPr>
            <w:tcW w:w="3668" w:type="dxa"/>
            <w:shd w:val="clear" w:color="auto" w:fill="F0F8FF"/>
          </w:tcPr>
          <w:p w14:paraId="347E0828"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Doublette choisie</w:t>
            </w:r>
          </w:p>
        </w:tc>
        <w:tc>
          <w:tcPr>
            <w:tcW w:w="3022" w:type="dxa"/>
            <w:shd w:val="clear" w:color="auto" w:fill="F0F8FF"/>
          </w:tcPr>
          <w:p w14:paraId="620BB282"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200 € + complémentaire 50 €</w:t>
            </w:r>
          </w:p>
        </w:tc>
      </w:tr>
      <w:tr w:rsidR="003B7415" w:rsidRPr="001C4762" w14:paraId="512E7743" w14:textId="77777777" w:rsidTr="00580FC4">
        <w:tc>
          <w:tcPr>
            <w:tcW w:w="2376" w:type="dxa"/>
            <w:shd w:val="clear" w:color="auto" w:fill="FFFFFF"/>
          </w:tcPr>
          <w:p w14:paraId="2F1334B1" w14:textId="77777777" w:rsidR="003B7415" w:rsidRPr="001C4762" w:rsidRDefault="002165D6" w:rsidP="00580FC4">
            <w:pPr>
              <w:rPr>
                <w:rFonts w:ascii="Avenir Next Condensed" w:hAnsi="Avenir Next Condensed"/>
                <w:lang w:val="fr-FR"/>
              </w:rPr>
            </w:pPr>
            <w:r w:rsidRPr="001C4762">
              <w:rPr>
                <w:rFonts w:ascii="Avenir Next Condensed" w:hAnsi="Avenir Next Condensed"/>
                <w:color w:val="444444"/>
                <w:sz w:val="20"/>
                <w:lang w:val="fr-FR"/>
              </w:rPr>
              <w:t>Mardi 21 juillet</w:t>
            </w:r>
          </w:p>
        </w:tc>
        <w:tc>
          <w:tcPr>
            <w:tcW w:w="3668" w:type="dxa"/>
            <w:shd w:val="clear" w:color="auto" w:fill="FFFFFF"/>
          </w:tcPr>
          <w:p w14:paraId="0ED93FF2"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Triplette choisie</w:t>
            </w:r>
          </w:p>
        </w:tc>
        <w:tc>
          <w:tcPr>
            <w:tcW w:w="3022" w:type="dxa"/>
            <w:shd w:val="clear" w:color="auto" w:fill="FFFFFF"/>
          </w:tcPr>
          <w:p w14:paraId="3F76F1FE" w14:textId="77777777" w:rsidR="003B7415" w:rsidRPr="001C4762" w:rsidRDefault="002165D6">
            <w:pPr>
              <w:jc w:val="center"/>
              <w:rPr>
                <w:rFonts w:ascii="Avenir Next Condensed" w:hAnsi="Avenir Next Condensed"/>
                <w:lang w:val="fr-FR"/>
              </w:rPr>
            </w:pPr>
            <w:r w:rsidRPr="001C4762">
              <w:rPr>
                <w:rFonts w:ascii="Avenir Next Condensed" w:hAnsi="Avenir Next Condensed"/>
                <w:color w:val="444444"/>
                <w:sz w:val="20"/>
                <w:lang w:val="fr-FR"/>
              </w:rPr>
              <w:t>200 € + complémentaire 50 €</w:t>
            </w:r>
          </w:p>
        </w:tc>
      </w:tr>
    </w:tbl>
    <w:p w14:paraId="7EA224F2" w14:textId="77777777" w:rsidR="003B7415" w:rsidRPr="001C4762" w:rsidRDefault="003B7415">
      <w:pPr>
        <w:rPr>
          <w:rFonts w:ascii="Avenir Next Condensed" w:hAnsi="Avenir Next Condensed"/>
          <w:lang w:val="fr-FR"/>
        </w:rPr>
      </w:pPr>
    </w:p>
    <w:p w14:paraId="2D704F6D"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Vendredi 17 juillet : Grand Bal —</w:t>
      </w:r>
      <w:r w:rsidRPr="001C4762">
        <w:rPr>
          <w:rFonts w:ascii="Avenir Next Condensed" w:hAnsi="Avenir Next Condensed"/>
          <w:b/>
          <w:color w:val="008B8B"/>
          <w:sz w:val="24"/>
          <w:lang w:val="fr-FR"/>
        </w:rPr>
        <w:t xml:space="preserve"> Le Show Méphisto</w:t>
      </w:r>
    </w:p>
    <w:p w14:paraId="48A3D7A6"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Orchestre de référence en région PACA et au-delà, l'Orchestre Méphisto est un show de variété dansant qui s'est imposé comme une référence sur les grands pôles festifs du Sud. Avec pas moins de 20 musiciens et danseurs sur scène, 250 costumes et des murs d'images spectaculaires, la formation offre un spectacle total où l'énergie visuelle le dispute à la générosité musicale. De la variété française aux grandes scènes internationales, le Show Méphisto séduit autant les bals populaires et fêtes communales que </w:t>
      </w:r>
      <w:r w:rsidRPr="001C4762">
        <w:rPr>
          <w:rFonts w:ascii="Avenir Next Condensed" w:hAnsi="Avenir Next Condensed"/>
          <w:color w:val="444444"/>
          <w:lang w:val="fr-FR"/>
        </w:rPr>
        <w:t>les grandes soirées estivales.</w:t>
      </w:r>
    </w:p>
    <w:p w14:paraId="5094C6FB" w14:textId="465C8415"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lastRenderedPageBreak/>
        <w:t>La soirée du vendredi 17 juillet s'articulera en deux temps : une formule Dîner-Spectacle de 19h à 21h (Menu Saucisses de Marseille + Panisses + Glace à 10 €, réservation obligatoire en ligne), puis le Grand Bal gratuit ouvert à tous de 2</w:t>
      </w:r>
      <w:r w:rsidR="00CB6889" w:rsidRPr="001C4762">
        <w:rPr>
          <w:rFonts w:ascii="Avenir Next Condensed" w:hAnsi="Avenir Next Condensed"/>
          <w:color w:val="444444"/>
          <w:lang w:val="fr-FR"/>
        </w:rPr>
        <w:t>1</w:t>
      </w:r>
      <w:r w:rsidRPr="001C4762">
        <w:rPr>
          <w:rFonts w:ascii="Avenir Next Condensed" w:hAnsi="Avenir Next Condensed"/>
          <w:color w:val="444444"/>
          <w:lang w:val="fr-FR"/>
        </w:rPr>
        <w:t>h à 1h30.</w:t>
      </w:r>
    </w:p>
    <w:p w14:paraId="76A2768E"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Samedi 18 juillet : La Soirée Mousse de l'Été</w:t>
      </w:r>
    </w:p>
    <w:p w14:paraId="51AB0A97" w14:textId="55BB0CF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La soirée mousse est l'un des temps forts les plus attendus de l'été à Carro. Dans la chaleur du mois de juillet, après les frissons des manèges, le Comité des Fêtes propose une véritable soirée de danse sous des litres de mousse blanche. Une ambiance festive, populaire et accessible, ouverte gratuitement à tous à partir de 2</w:t>
      </w:r>
      <w:r w:rsidR="00CB6889" w:rsidRPr="001C4762">
        <w:rPr>
          <w:rFonts w:ascii="Avenir Next Condensed" w:hAnsi="Avenir Next Condensed"/>
          <w:color w:val="444444"/>
          <w:lang w:val="fr-FR"/>
        </w:rPr>
        <w:t>1</w:t>
      </w:r>
      <w:r w:rsidRPr="001C4762">
        <w:rPr>
          <w:rFonts w:ascii="Avenir Next Condensed" w:hAnsi="Avenir Next Condensed"/>
          <w:color w:val="444444"/>
          <w:lang w:val="fr-FR"/>
        </w:rPr>
        <w:t>h. Une formule repas Hot-Dog (Menu Hot-Dog + Panisses + Glace + Boisson à 10 €) est proposée de 19h à 21h sur réservation.</w:t>
      </w:r>
    </w:p>
    <w:p w14:paraId="29C21700"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La buvette populaire</w:t>
      </w:r>
    </w:p>
    <w:p w14:paraId="15F9342B"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Le Comité des Fêtes est fier de maintenir des prix accessibles à sa buvette, inchangés depuis de nombreuses années : eau à 1 €, soda à 1,50 €, bière bio et locale à 2 €, vin à 2 €. Un engagement fort en faveur de l'accessibilité qui reflète les valeurs de l'association.</w:t>
      </w:r>
    </w:p>
    <w:p w14:paraId="14530EF2"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Mardi 21 juillet : Feu d'Artifice</w:t>
      </w:r>
    </w:p>
    <w:p w14:paraId="51710BAA" w14:textId="2123E2B5"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La Fête de Carro se clôture en beauté le mardi 21 juillet avec un feu d'artifice tiré à la tombée de la nuit au-dessus du port. Un moment de magie </w:t>
      </w:r>
      <w:r w:rsidRPr="001C4762">
        <w:rPr>
          <w:rFonts w:ascii="Avenir Next Condensed" w:hAnsi="Avenir Next Condensed"/>
          <w:color w:val="444444"/>
          <w:lang w:val="fr-FR"/>
        </w:rPr>
        <w:t>collective qui conclut cinq jours de festivités dans l'émerveillement partagé.</w:t>
      </w:r>
    </w:p>
    <w:tbl>
      <w:tblPr>
        <w:tblW w:w="0" w:type="auto"/>
        <w:jc w:val="center"/>
        <w:tblLook w:val="04A0" w:firstRow="1" w:lastRow="0" w:firstColumn="1" w:lastColumn="0" w:noHBand="0" w:noVBand="1"/>
      </w:tblPr>
      <w:tblGrid>
        <w:gridCol w:w="9071"/>
      </w:tblGrid>
      <w:tr w:rsidR="003B7415" w:rsidRPr="001C4762" w14:paraId="31FB6008" w14:textId="77777777">
        <w:trPr>
          <w:jc w:val="center"/>
        </w:trPr>
        <w:tc>
          <w:tcPr>
            <w:tcW w:w="9071" w:type="dxa"/>
            <w:shd w:val="clear" w:color="auto" w:fill="F0F8FF"/>
          </w:tcPr>
          <w:p w14:paraId="78D969F9" w14:textId="77777777" w:rsidR="003B7415" w:rsidRPr="001C4762" w:rsidRDefault="002165D6">
            <w:pPr>
              <w:spacing w:before="80"/>
              <w:rPr>
                <w:rFonts w:ascii="Avenir Next Condensed" w:hAnsi="Avenir Next Condensed"/>
                <w:lang w:val="fr-FR"/>
              </w:rPr>
            </w:pPr>
            <w:r w:rsidRPr="001C4762">
              <w:rPr>
                <w:rFonts w:ascii="Avenir Next Condensed" w:hAnsi="Avenir Next Condensed"/>
                <w:b/>
                <w:color w:val="1A3A5C"/>
                <w:lang w:val="fr-FR"/>
              </w:rPr>
              <w:t>Résumé de la semaine</w:t>
            </w:r>
          </w:p>
          <w:p w14:paraId="47C360E7"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17 juil. — Vendredi : Dîner-Spectacle (19h) + Grand Bal Show Méphisto gratuit (22h)</w:t>
            </w:r>
          </w:p>
          <w:p w14:paraId="2D696A0A"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18 juil. — Samedi : Hot-Dog Party (19h) + Soirée Mousse gratuite (22h) + Pétanque (14h)</w:t>
            </w:r>
          </w:p>
          <w:p w14:paraId="4015DF98"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19 juil. — Dimanche : Pétanque triplettes (14h)</w:t>
            </w:r>
          </w:p>
          <w:p w14:paraId="222F9B85"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20 juil. — Lundi : Pétanque doublettes (14h)</w:t>
            </w:r>
          </w:p>
          <w:p w14:paraId="176DF3DE"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21 juil. — Mardi : Pétanque triplettes (14h) + Feu d'Artifice (tombée de la nuit)</w:t>
            </w:r>
          </w:p>
          <w:p w14:paraId="7031481D" w14:textId="77777777" w:rsidR="003B7415" w:rsidRPr="001C4762" w:rsidRDefault="002165D6">
            <w:pPr>
              <w:spacing w:before="20" w:after="20"/>
              <w:rPr>
                <w:rFonts w:ascii="Avenir Next Condensed" w:hAnsi="Avenir Next Condensed"/>
                <w:lang w:val="fr-FR"/>
              </w:rPr>
            </w:pPr>
            <w:r w:rsidRPr="001C4762">
              <w:rPr>
                <w:rFonts w:ascii="Avenir Next Condensed" w:hAnsi="Avenir Next Condensed"/>
                <w:color w:val="444444"/>
                <w:sz w:val="20"/>
                <w:lang w:val="fr-FR"/>
              </w:rPr>
              <w:t xml:space="preserve">• Fête foraine : front de mer, ouverture libre du 17 </w:t>
            </w:r>
            <w:r w:rsidRPr="001C4762">
              <w:rPr>
                <w:rFonts w:ascii="Avenir Next Condensed" w:hAnsi="Avenir Next Condensed"/>
                <w:color w:val="444444"/>
                <w:sz w:val="20"/>
                <w:lang w:val="fr-FR"/>
              </w:rPr>
              <w:t>au 21 juillet</w:t>
            </w:r>
          </w:p>
          <w:p w14:paraId="2DA870C7" w14:textId="77777777" w:rsidR="003B7415" w:rsidRPr="001C4762" w:rsidRDefault="003B7415">
            <w:pPr>
              <w:spacing w:after="80"/>
              <w:rPr>
                <w:rFonts w:ascii="Avenir Next Condensed" w:hAnsi="Avenir Next Condensed"/>
                <w:lang w:val="fr-FR"/>
              </w:rPr>
            </w:pPr>
          </w:p>
        </w:tc>
      </w:tr>
    </w:tbl>
    <w:p w14:paraId="139FCF4D" w14:textId="1C3B52BA" w:rsidR="003B7415" w:rsidRPr="001C4762" w:rsidRDefault="006308F3">
      <w:pPr>
        <w:rPr>
          <w:rFonts w:ascii="Avenir Next Condensed" w:hAnsi="Avenir Next Condensed"/>
          <w:lang w:val="fr-FR"/>
        </w:rPr>
      </w:pPr>
      <w:r>
        <w:rPr>
          <w:rFonts w:ascii="Avenir Next Condensed" w:hAnsi="Avenir Next Condensed"/>
          <w:b/>
          <w:caps/>
          <w:noProof/>
        </w:rPr>
        <w:drawing>
          <wp:anchor distT="0" distB="0" distL="114300" distR="114300" simplePos="0" relativeHeight="251659264" behindDoc="0" locked="0" layoutInCell="1" allowOverlap="1" wp14:anchorId="1F196A6B" wp14:editId="28E33649">
            <wp:simplePos x="0" y="0"/>
            <wp:positionH relativeFrom="column">
              <wp:posOffset>4521835</wp:posOffset>
            </wp:positionH>
            <wp:positionV relativeFrom="paragraph">
              <wp:posOffset>361950</wp:posOffset>
            </wp:positionV>
            <wp:extent cx="1336040" cy="1002030"/>
            <wp:effectExtent l="1905" t="0" r="0" b="0"/>
            <wp:wrapNone/>
            <wp:docPr id="279698941" name="Image 2" descr="Une image contenant ciel, capture d’écran, plein air, parc d’attraction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98941" name="Image 2" descr="Une image contenant ciel, capture d’écran, plein air, parc d’attractions&#10;&#10;Description générée automatiquement"/>
                    <pic:cNvPicPr/>
                  </pic:nvPicPr>
                  <pic:blipFill>
                    <a:blip r:embed="rId11" cstate="screen">
                      <a:extLst>
                        <a:ext uri="{28A0092B-C50C-407E-A947-70E740481C1C}">
                          <a14:useLocalDpi xmlns:a14="http://schemas.microsoft.com/office/drawing/2010/main"/>
                        </a:ext>
                      </a:extLst>
                    </a:blip>
                    <a:stretch>
                      <a:fillRect/>
                    </a:stretch>
                  </pic:blipFill>
                  <pic:spPr>
                    <a:xfrm rot="5400000">
                      <a:off x="0" y="0"/>
                      <a:ext cx="1336040" cy="10020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4A90390" wp14:editId="7B0278DA">
            <wp:simplePos x="0" y="0"/>
            <wp:positionH relativeFrom="column">
              <wp:posOffset>2186305</wp:posOffset>
            </wp:positionH>
            <wp:positionV relativeFrom="paragraph">
              <wp:posOffset>113030</wp:posOffset>
            </wp:positionV>
            <wp:extent cx="2252980" cy="1498600"/>
            <wp:effectExtent l="0" t="0" r="0" b="0"/>
            <wp:wrapNone/>
            <wp:docPr id="794512363" name="Image 2" descr="Une image contenant habits, personne, spectacle, Théâ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12363" name="Image 2" descr="Une image contenant habits, personne, spectacle, Théâtre&#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a:ext>
                      </a:extLst>
                    </a:blip>
                    <a:stretch>
                      <a:fillRect/>
                    </a:stretch>
                  </pic:blipFill>
                  <pic:spPr bwMode="auto">
                    <a:xfrm>
                      <a:off x="0" y="0"/>
                      <a:ext cx="225298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venir Next Condensed" w:hAnsi="Avenir Next Condensed"/>
          <w:b/>
          <w:caps/>
          <w:noProof/>
        </w:rPr>
        <w:drawing>
          <wp:anchor distT="0" distB="0" distL="114300" distR="114300" simplePos="0" relativeHeight="251660288" behindDoc="0" locked="0" layoutInCell="1" allowOverlap="1" wp14:anchorId="7EE1D465" wp14:editId="5E0B8537">
            <wp:simplePos x="0" y="0"/>
            <wp:positionH relativeFrom="column">
              <wp:posOffset>-7620</wp:posOffset>
            </wp:positionH>
            <wp:positionV relativeFrom="paragraph">
              <wp:posOffset>217170</wp:posOffset>
            </wp:positionV>
            <wp:extent cx="1944370" cy="1291590"/>
            <wp:effectExtent l="0" t="0" r="0" b="3810"/>
            <wp:wrapNone/>
            <wp:docPr id="1580380109" name="Image 3" descr="Une image contenant plein air, personne, ciel,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80109" name="Image 3" descr="Une image contenant plein air, personne, ciel, habits&#10;&#10;Description générée automatiquement"/>
                    <pic:cNvPicPr/>
                  </pic:nvPicPr>
                  <pic:blipFill>
                    <a:blip r:embed="rId13" cstate="screen">
                      <a:extLst>
                        <a:ext uri="{28A0092B-C50C-407E-A947-70E740481C1C}">
                          <a14:useLocalDpi xmlns:a14="http://schemas.microsoft.com/office/drawing/2010/main"/>
                        </a:ext>
                      </a:extLst>
                    </a:blip>
                    <a:stretch>
                      <a:fillRect/>
                    </a:stretch>
                  </pic:blipFill>
                  <pic:spPr>
                    <a:xfrm>
                      <a:off x="0" y="0"/>
                      <a:ext cx="1944370" cy="1291590"/>
                    </a:xfrm>
                    <a:prstGeom prst="rect">
                      <a:avLst/>
                    </a:prstGeom>
                  </pic:spPr>
                </pic:pic>
              </a:graphicData>
            </a:graphic>
            <wp14:sizeRelH relativeFrom="page">
              <wp14:pctWidth>0</wp14:pctWidth>
            </wp14:sizeRelH>
            <wp14:sizeRelV relativeFrom="page">
              <wp14:pctHeight>0</wp14:pctHeight>
            </wp14:sizeRelV>
          </wp:anchor>
        </w:drawing>
      </w:r>
    </w:p>
    <w:p w14:paraId="5D668795" w14:textId="03A641EA" w:rsidR="001D3715" w:rsidRDefault="001D3715">
      <w:pPr>
        <w:rPr>
          <w:rFonts w:ascii="Avenir Next Condensed" w:hAnsi="Avenir Next Condensed"/>
          <w:lang w:val="fr-FR"/>
        </w:rPr>
      </w:pPr>
    </w:p>
    <w:p w14:paraId="74E07FE1" w14:textId="098DCBC4"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6396E2CE" w14:textId="77777777" w:rsidR="003B7415" w:rsidRPr="001C4762" w:rsidRDefault="002165D6">
      <w:pPr>
        <w:spacing w:before="80" w:after="80"/>
        <w:rPr>
          <w:rFonts w:ascii="Avenir Next Condensed" w:hAnsi="Avenir Next Condensed"/>
          <w:lang w:val="fr-FR"/>
        </w:rPr>
      </w:pPr>
      <w:r w:rsidRPr="001C4762">
        <w:rPr>
          <w:rFonts w:ascii="Apple Color Emoji" w:hAnsi="Apple Color Emoji" w:cs="Apple Color Emoji"/>
          <w:b/>
          <w:caps/>
          <w:color w:val="E86A1A"/>
          <w:sz w:val="18"/>
          <w:lang w:val="fr-FR"/>
        </w:rPr>
        <w:lastRenderedPageBreak/>
        <w:t>🎣</w:t>
      </w:r>
      <w:r w:rsidRPr="001C4762">
        <w:rPr>
          <w:rFonts w:ascii="Avenir Next Condensed" w:hAnsi="Avenir Next Condensed"/>
          <w:b/>
          <w:caps/>
          <w:color w:val="E86A1A"/>
          <w:sz w:val="18"/>
          <w:lang w:val="fr-FR"/>
        </w:rPr>
        <w:t xml:space="preserve">  FICHE ÉVÉNEMENT 3</w:t>
      </w:r>
    </w:p>
    <w:p w14:paraId="2E87F3A5" w14:textId="77777777" w:rsidR="003B7415" w:rsidRPr="001C4762" w:rsidRDefault="002165D6">
      <w:pPr>
        <w:spacing w:before="40" w:after="40"/>
        <w:rPr>
          <w:rFonts w:ascii="Avenir Next Condensed" w:hAnsi="Avenir Next Condensed"/>
          <w:lang w:val="fr-FR"/>
        </w:rPr>
      </w:pPr>
      <w:r w:rsidRPr="001C4762">
        <w:rPr>
          <w:rFonts w:ascii="Avenir Next Condensed" w:hAnsi="Avenir Next Condensed"/>
          <w:b/>
          <w:color w:val="1A3A5C"/>
          <w:sz w:val="36"/>
          <w:lang w:val="fr-FR"/>
        </w:rPr>
        <w:t>Journée Pêche</w:t>
      </w:r>
    </w:p>
    <w:p w14:paraId="309ACF9E" w14:textId="77777777" w:rsidR="003B7415" w:rsidRPr="001C4762" w:rsidRDefault="002165D6">
      <w:pPr>
        <w:spacing w:after="160"/>
        <w:rPr>
          <w:rFonts w:ascii="Avenir Next Condensed" w:hAnsi="Avenir Next Condensed"/>
          <w:lang w:val="fr-FR"/>
        </w:rPr>
      </w:pPr>
      <w:r w:rsidRPr="001C4762">
        <w:rPr>
          <w:rFonts w:ascii="Avenir Next Condensed" w:hAnsi="Avenir Next Condensed"/>
          <w:b/>
          <w:i/>
          <w:color w:val="008B8B"/>
          <w:sz w:val="24"/>
          <w:lang w:val="fr-FR"/>
        </w:rPr>
        <w:t>Samedi 15 août 2026  ·  Port de Carro</w:t>
      </w:r>
    </w:p>
    <w:p w14:paraId="3E1BAF99" w14:textId="77777777" w:rsidR="003B7415" w:rsidRPr="001C4762" w:rsidRDefault="003B7415">
      <w:pPr>
        <w:pBdr>
          <w:bottom w:val="single" w:sz="6" w:space="1" w:color="008B8B"/>
        </w:pBdr>
        <w:spacing w:before="80" w:after="80"/>
        <w:rPr>
          <w:rFonts w:ascii="Avenir Next Condensed" w:hAnsi="Avenir Next Condensed"/>
          <w:lang w:val="fr-FR"/>
        </w:rPr>
      </w:pPr>
    </w:p>
    <w:p w14:paraId="472C5A32" w14:textId="6E56BE63" w:rsidR="003B7415" w:rsidRPr="001C4762" w:rsidRDefault="002165D6">
      <w:pPr>
        <w:spacing w:before="160" w:after="120"/>
        <w:jc w:val="both"/>
        <w:rPr>
          <w:rFonts w:ascii="Avenir Next Condensed" w:hAnsi="Avenir Next Condensed"/>
          <w:lang w:val="fr-FR"/>
        </w:rPr>
      </w:pPr>
      <w:r w:rsidRPr="001C4762">
        <w:rPr>
          <w:rFonts w:ascii="Avenir Next Condensed" w:hAnsi="Avenir Next Condensed"/>
          <w:color w:val="444444"/>
          <w:lang w:val="fr-FR"/>
        </w:rPr>
        <w:t xml:space="preserve">La Journée Pêche est un rendez-vous à part dans le calendrier festif de Carro. Plus intime que la Fête Foraine, plus patrimonial que la </w:t>
      </w:r>
      <w:r w:rsidR="00CB6889" w:rsidRPr="001C4762">
        <w:rPr>
          <w:rFonts w:ascii="Avenir Next Condensed" w:hAnsi="Avenir Next Condensed"/>
          <w:color w:val="444444"/>
          <w:lang w:val="fr-FR"/>
        </w:rPr>
        <w:t>Petite fête de la Moule</w:t>
      </w:r>
      <w:r w:rsidRPr="001C4762">
        <w:rPr>
          <w:rFonts w:ascii="Avenir Next Condensed" w:hAnsi="Avenir Next Condensed"/>
          <w:color w:val="444444"/>
          <w:lang w:val="fr-FR"/>
        </w:rPr>
        <w:t xml:space="preserve">, elle rend hommage à l'âme maritime profonde du village, à cette relation viscérale que les </w:t>
      </w:r>
      <w:proofErr w:type="spellStart"/>
      <w:r w:rsidRPr="001C4762">
        <w:rPr>
          <w:rFonts w:ascii="Avenir Next Condensed" w:hAnsi="Avenir Next Condensed"/>
          <w:color w:val="444444"/>
          <w:lang w:val="fr-FR"/>
        </w:rPr>
        <w:t>carrosséens</w:t>
      </w:r>
      <w:proofErr w:type="spellEnd"/>
      <w:r w:rsidRPr="001C4762">
        <w:rPr>
          <w:rFonts w:ascii="Avenir Next Condensed" w:hAnsi="Avenir Next Condensed"/>
          <w:color w:val="444444"/>
          <w:lang w:val="fr-FR"/>
        </w:rPr>
        <w:t xml:space="preserve"> entretiennent avec la mer depuis des générations. Et elle le fait avec un état d'esprit rare : ici, il n'y a pas de perdants. Chaque participant repart avec un lot, du premier au dernier.</w:t>
      </w:r>
    </w:p>
    <w:p w14:paraId="0B8D134C"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Un concours ouvert à tous</w:t>
      </w:r>
    </w:p>
    <w:p w14:paraId="3E2A0A00"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Le concours amical de pêche est </w:t>
      </w:r>
      <w:r w:rsidRPr="001C4762">
        <w:rPr>
          <w:rFonts w:ascii="Avenir Next Condensed" w:hAnsi="Avenir Next Condensed"/>
          <w:color w:val="444444"/>
          <w:lang w:val="fr-FR"/>
        </w:rPr>
        <w:t>accessible à tous, petits et grands, débutants et confirmés, à pied depuis les quais et les rochers, ou en bateau. Les inscriptions se déroulent le matin même de 7h à 9h au tarif de 5 € pour les adultes et gratuitement pour les moins de 12 ans. Pour les pêcheurs en bateau, le poids total de la pêche est divisé par le nombre de pêcheurs à bord, garantissant un classement équitable sur une base individuelle.</w:t>
      </w:r>
    </w:p>
    <w:p w14:paraId="6DCE6F19" w14:textId="67E62C52"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La pesée se déroule publiquement de 11h30 à 12h, suivie de la remise des prix à 12h30, accompagnée d'un apéritif offert à tous les participants. Cannes à pêche, moulinets, bouteilles de vin</w:t>
      </w:r>
      <w:r w:rsidR="00CB6889" w:rsidRPr="001C4762">
        <w:rPr>
          <w:rFonts w:ascii="Avenir Next Condensed" w:hAnsi="Avenir Next Condensed"/>
          <w:color w:val="444444"/>
          <w:lang w:val="fr-FR"/>
        </w:rPr>
        <w:t> :</w:t>
      </w:r>
      <w:r w:rsidRPr="001C4762">
        <w:rPr>
          <w:rFonts w:ascii="Avenir Next Condensed" w:hAnsi="Avenir Next Condensed"/>
          <w:color w:val="444444"/>
          <w:lang w:val="fr-FR"/>
        </w:rPr>
        <w:t xml:space="preserve"> les lots sont sur la table, et chacun viendra choisir le sien dans l'ordre du classement. Un dénouement toujours convivial et festif qui réunit les pêcheurs autour d'un moment de partage véritable.</w:t>
      </w:r>
    </w:p>
    <w:p w14:paraId="23890EC4"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La Soirée Soupe de Poisson — Un dîner d'exception (100 places)</w:t>
      </w:r>
    </w:p>
    <w:p w14:paraId="5C083245" w14:textId="7E2CD85B"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La journée se prolonge le soir avec la Soirée Soupe de Poisson, un dîner confidentiel réservé à seulement 100 convives et proposé à 20 € hors boissons. La soupe de poissons de Carro est cuisinée par les bénévoles avec la pêche </w:t>
      </w:r>
      <w:r w:rsidR="00CB6889" w:rsidRPr="001C4762">
        <w:rPr>
          <w:rFonts w:ascii="Avenir Next Condensed" w:hAnsi="Avenir Next Condensed"/>
          <w:color w:val="444444"/>
          <w:lang w:val="fr-FR"/>
        </w:rPr>
        <w:t>locale</w:t>
      </w:r>
      <w:r w:rsidRPr="001C4762">
        <w:rPr>
          <w:rFonts w:ascii="Avenir Next Condensed" w:hAnsi="Avenir Next Condensed"/>
          <w:color w:val="444444"/>
          <w:lang w:val="fr-FR"/>
        </w:rPr>
        <w:t>, selon une recette unique pour l'occasion. En entrée, tapenade</w:t>
      </w:r>
      <w:r w:rsidR="00CB6889" w:rsidRPr="001C4762">
        <w:rPr>
          <w:rFonts w:ascii="Avenir Next Condensed" w:hAnsi="Avenir Next Condensed"/>
          <w:color w:val="444444"/>
          <w:lang w:val="fr-FR"/>
        </w:rPr>
        <w:t>s</w:t>
      </w:r>
      <w:r w:rsidRPr="001C4762">
        <w:rPr>
          <w:rFonts w:ascii="Avenir Next Condensed" w:hAnsi="Avenir Next Condensed"/>
          <w:color w:val="444444"/>
          <w:lang w:val="fr-FR"/>
        </w:rPr>
        <w:t xml:space="preserve"> et produits locaux à partager ; dessert glacé en clôture. Un repas servi à table, dans l'esprit d'un banquet de village, chaleureux et mémorable.</w:t>
      </w:r>
    </w:p>
    <w:p w14:paraId="3B7018DA" w14:textId="77777777" w:rsidR="00CB6889" w:rsidRPr="001C4762" w:rsidRDefault="002165D6">
      <w:pPr>
        <w:spacing w:after="120"/>
        <w:jc w:val="both"/>
        <w:rPr>
          <w:rFonts w:ascii="Avenir Next Condensed" w:hAnsi="Avenir Next Condensed"/>
          <w:color w:val="444444"/>
          <w:lang w:val="fr-FR"/>
        </w:rPr>
      </w:pPr>
      <w:r w:rsidRPr="001C4762">
        <w:rPr>
          <w:rFonts w:ascii="Avenir Next Condensed" w:hAnsi="Avenir Next Condensed"/>
          <w:color w:val="444444"/>
          <w:lang w:val="fr-FR"/>
        </w:rPr>
        <w:t xml:space="preserve">Ce dîner est aussi un acte patrimonial. Il renoue avec une tradition culinaire maritime qui appartient à la mémoire collective de Carro, celle des repas de pêcheurs, des tablées improvisées après la sortie en mer, de la soupe préparée avec ce que la mer a bien voulu donner ce jour-là. </w:t>
      </w:r>
    </w:p>
    <w:p w14:paraId="417D5C54" w14:textId="1975133F" w:rsidR="003B7415" w:rsidRPr="001C4762" w:rsidRDefault="002165D6">
      <w:pPr>
        <w:spacing w:after="120"/>
        <w:jc w:val="both"/>
        <w:rPr>
          <w:rFonts w:ascii="Avenir Next Condensed" w:hAnsi="Avenir Next Condensed"/>
          <w:lang w:val="fr-FR"/>
        </w:rPr>
      </w:pPr>
      <w:r w:rsidRPr="001C4762">
        <w:rPr>
          <w:rFonts w:ascii="Avenir Next Condensed" w:hAnsi="Avenir Next Condensed"/>
          <w:i/>
          <w:iCs/>
          <w:color w:val="444444"/>
          <w:lang w:val="fr-FR"/>
        </w:rPr>
        <w:t>Réservation obligatoire à partir du 1er août sur www.fetesdecarro.fr. Places très limitées.</w:t>
      </w:r>
    </w:p>
    <w:p w14:paraId="014BE580"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Séance de cinéma en plein air (Ville de Martigues — Gratuit)</w:t>
      </w:r>
    </w:p>
    <w:p w14:paraId="57B010F4" w14:textId="0355B5E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 xml:space="preserve">La soirée se conclut en douceur avec une séance du programme Un été au ciné de la Ville de Martigues, proposée gratuitement à tous de 21h à 23h. </w:t>
      </w:r>
      <w:r w:rsidR="00CB6889" w:rsidRPr="001C4762">
        <w:rPr>
          <w:rFonts w:ascii="Avenir Next Condensed" w:hAnsi="Avenir Next Condensed"/>
          <w:color w:val="444444"/>
          <w:lang w:val="fr-FR"/>
        </w:rPr>
        <w:t xml:space="preserve">Au programme : </w:t>
      </w:r>
      <w:proofErr w:type="spellStart"/>
      <w:r w:rsidR="00CB6889" w:rsidRPr="001C4762">
        <w:rPr>
          <w:rFonts w:ascii="Avenir Next Condensed" w:hAnsi="Avenir Next Condensed"/>
          <w:color w:val="444444"/>
          <w:lang w:val="fr-FR"/>
        </w:rPr>
        <w:t>Flo</w:t>
      </w:r>
      <w:proofErr w:type="spellEnd"/>
      <w:r w:rsidR="00CB6889" w:rsidRPr="001C4762">
        <w:rPr>
          <w:rFonts w:ascii="Avenir Next Condensed" w:hAnsi="Avenir Next Condensed"/>
          <w:color w:val="444444"/>
          <w:lang w:val="fr-FR"/>
        </w:rPr>
        <w:t xml:space="preserve"> de Géraldine </w:t>
      </w:r>
      <w:proofErr w:type="spellStart"/>
      <w:r w:rsidR="00CB6889" w:rsidRPr="001C4762">
        <w:rPr>
          <w:rFonts w:ascii="Avenir Next Condensed" w:hAnsi="Avenir Next Condensed"/>
          <w:color w:val="444444"/>
          <w:lang w:val="fr-FR"/>
        </w:rPr>
        <w:t>Danon</w:t>
      </w:r>
      <w:proofErr w:type="spellEnd"/>
      <w:r w:rsidR="00CB6889" w:rsidRPr="001C4762">
        <w:rPr>
          <w:rFonts w:ascii="Avenir Next Condensed" w:hAnsi="Avenir Next Condensed"/>
          <w:color w:val="444444"/>
          <w:lang w:val="fr-FR"/>
        </w:rPr>
        <w:t>.</w:t>
      </w:r>
    </w:p>
    <w:p w14:paraId="73E4DFD7" w14:textId="77777777" w:rsidR="00CB6889" w:rsidRPr="001C4762" w:rsidRDefault="00CB6889">
      <w:pPr>
        <w:rPr>
          <w:rFonts w:ascii="Avenir Next Condensed" w:hAnsi="Avenir Next Condensed"/>
          <w:b/>
          <w:color w:val="008B8B"/>
          <w:sz w:val="24"/>
          <w:lang w:val="fr-FR"/>
        </w:rPr>
      </w:pPr>
      <w:r w:rsidRPr="001C4762">
        <w:rPr>
          <w:rFonts w:ascii="Avenir Next Condensed" w:hAnsi="Avenir Next Condensed"/>
          <w:b/>
          <w:color w:val="008B8B"/>
          <w:sz w:val="24"/>
          <w:lang w:val="fr-FR"/>
        </w:rPr>
        <w:br w:type="page"/>
      </w:r>
    </w:p>
    <w:p w14:paraId="188735FD" w14:textId="0A302415"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lastRenderedPageBreak/>
        <w:t>Programme du 15 août</w:t>
      </w:r>
    </w:p>
    <w:tbl>
      <w:tblPr>
        <w:tblStyle w:val="Grilledutableau"/>
        <w:tblW w:w="0" w:type="auto"/>
        <w:tblLook w:val="04A0" w:firstRow="1" w:lastRow="0" w:firstColumn="1" w:lastColumn="0" w:noHBand="0" w:noVBand="1"/>
      </w:tblPr>
      <w:tblGrid>
        <w:gridCol w:w="2660"/>
        <w:gridCol w:w="6406"/>
      </w:tblGrid>
      <w:tr w:rsidR="003B7415" w:rsidRPr="001C4762" w14:paraId="1014F51C" w14:textId="77777777" w:rsidTr="00CB6889">
        <w:tc>
          <w:tcPr>
            <w:tcW w:w="2660" w:type="dxa"/>
            <w:shd w:val="clear" w:color="auto" w:fill="1A3A5C"/>
          </w:tcPr>
          <w:p w14:paraId="162EE595" w14:textId="77777777" w:rsidR="003B7415" w:rsidRPr="001C4762" w:rsidRDefault="002165D6" w:rsidP="00CB6889">
            <w:pPr>
              <w:rPr>
                <w:rFonts w:ascii="Avenir Next Condensed" w:hAnsi="Avenir Next Condensed"/>
                <w:lang w:val="fr-FR"/>
              </w:rPr>
            </w:pPr>
            <w:r w:rsidRPr="001C4762">
              <w:rPr>
                <w:rFonts w:ascii="Avenir Next Condensed" w:hAnsi="Avenir Next Condensed"/>
                <w:b/>
                <w:color w:val="FFFFFF"/>
                <w:sz w:val="20"/>
                <w:lang w:val="fr-FR"/>
              </w:rPr>
              <w:t>Horaires</w:t>
            </w:r>
          </w:p>
        </w:tc>
        <w:tc>
          <w:tcPr>
            <w:tcW w:w="6406" w:type="dxa"/>
            <w:shd w:val="clear" w:color="auto" w:fill="1A3A5C"/>
          </w:tcPr>
          <w:p w14:paraId="202A4139"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Programme</w:t>
            </w:r>
          </w:p>
        </w:tc>
      </w:tr>
      <w:tr w:rsidR="003B7415" w:rsidRPr="001C4762" w14:paraId="42B3A1AD" w14:textId="77777777" w:rsidTr="00CB6889">
        <w:tc>
          <w:tcPr>
            <w:tcW w:w="2660" w:type="dxa"/>
            <w:shd w:val="clear" w:color="auto" w:fill="F0F8FF"/>
          </w:tcPr>
          <w:p w14:paraId="0F0BFF01"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20"/>
                <w:lang w:val="fr-FR"/>
              </w:rPr>
              <w:t>7h – 9h</w:t>
            </w:r>
          </w:p>
        </w:tc>
        <w:tc>
          <w:tcPr>
            <w:tcW w:w="6406" w:type="dxa"/>
            <w:shd w:val="clear" w:color="auto" w:fill="F0F8FF"/>
          </w:tcPr>
          <w:p w14:paraId="5A4275F2"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Inscriptions (5 € adulte · Gratuit -12 ans)</w:t>
            </w:r>
          </w:p>
        </w:tc>
      </w:tr>
      <w:tr w:rsidR="003B7415" w:rsidRPr="001C4762" w14:paraId="5D695547" w14:textId="77777777" w:rsidTr="00CB6889">
        <w:tc>
          <w:tcPr>
            <w:tcW w:w="2660" w:type="dxa"/>
            <w:shd w:val="clear" w:color="auto" w:fill="FFFFFF"/>
          </w:tcPr>
          <w:p w14:paraId="004E3EBF"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20"/>
                <w:lang w:val="fr-FR"/>
              </w:rPr>
              <w:t>11h30 – 12h</w:t>
            </w:r>
          </w:p>
        </w:tc>
        <w:tc>
          <w:tcPr>
            <w:tcW w:w="6406" w:type="dxa"/>
            <w:shd w:val="clear" w:color="auto" w:fill="FFFFFF"/>
          </w:tcPr>
          <w:p w14:paraId="54C9D125"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Pesée publique — chacun garde ses prises</w:t>
            </w:r>
          </w:p>
        </w:tc>
      </w:tr>
      <w:tr w:rsidR="003B7415" w:rsidRPr="001C4762" w14:paraId="5B980A1F" w14:textId="77777777" w:rsidTr="00CB6889">
        <w:tc>
          <w:tcPr>
            <w:tcW w:w="2660" w:type="dxa"/>
            <w:shd w:val="clear" w:color="auto" w:fill="F0F8FF"/>
          </w:tcPr>
          <w:p w14:paraId="2CF96F0B"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20"/>
                <w:lang w:val="fr-FR"/>
              </w:rPr>
              <w:t>12h30</w:t>
            </w:r>
          </w:p>
        </w:tc>
        <w:tc>
          <w:tcPr>
            <w:tcW w:w="6406" w:type="dxa"/>
            <w:shd w:val="clear" w:color="auto" w:fill="F0F8FF"/>
          </w:tcPr>
          <w:p w14:paraId="7825C233"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Remise des prix + apéritif offert à tous les participants</w:t>
            </w:r>
          </w:p>
        </w:tc>
      </w:tr>
      <w:tr w:rsidR="003B7415" w:rsidRPr="001C4762" w14:paraId="054EC5A5" w14:textId="77777777" w:rsidTr="00CB6889">
        <w:tc>
          <w:tcPr>
            <w:tcW w:w="2660" w:type="dxa"/>
            <w:shd w:val="clear" w:color="auto" w:fill="FFFFFF"/>
          </w:tcPr>
          <w:p w14:paraId="72C9412B"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20"/>
                <w:lang w:val="fr-FR"/>
              </w:rPr>
              <w:t>19h – 23h</w:t>
            </w:r>
          </w:p>
        </w:tc>
        <w:tc>
          <w:tcPr>
            <w:tcW w:w="6406" w:type="dxa"/>
            <w:shd w:val="clear" w:color="auto" w:fill="FFFFFF"/>
          </w:tcPr>
          <w:p w14:paraId="2DD5FCC4"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Soirée Soupe de Poisson (20 € · 100 places · réservation obligatoire)</w:t>
            </w:r>
          </w:p>
        </w:tc>
      </w:tr>
      <w:tr w:rsidR="003B7415" w:rsidRPr="001C4762" w14:paraId="011B2E71" w14:textId="77777777" w:rsidTr="00CB6889">
        <w:tc>
          <w:tcPr>
            <w:tcW w:w="2660" w:type="dxa"/>
            <w:shd w:val="clear" w:color="auto" w:fill="F0F8FF"/>
          </w:tcPr>
          <w:p w14:paraId="3A0107A2"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20"/>
                <w:lang w:val="fr-FR"/>
              </w:rPr>
              <w:t>21h – 23h</w:t>
            </w:r>
          </w:p>
        </w:tc>
        <w:tc>
          <w:tcPr>
            <w:tcW w:w="6406" w:type="dxa"/>
            <w:shd w:val="clear" w:color="auto" w:fill="F0F8FF"/>
          </w:tcPr>
          <w:p w14:paraId="548EB0A3"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Ciné en plein air — Ville de Martigues (gratuit, ouvert à tous)</w:t>
            </w:r>
          </w:p>
        </w:tc>
      </w:tr>
    </w:tbl>
    <w:p w14:paraId="3AEB5FD8" w14:textId="77777777" w:rsidR="003B7415" w:rsidRPr="001C4762" w:rsidRDefault="003B7415">
      <w:pPr>
        <w:rPr>
          <w:rFonts w:ascii="Avenir Next Condensed" w:hAnsi="Avenir Next Condensed"/>
          <w:lang w:val="fr-FR"/>
        </w:rPr>
      </w:pPr>
    </w:p>
    <w:p w14:paraId="72C8A4F0" w14:textId="77777777"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166C8E04" w14:textId="77777777" w:rsidR="003B7415" w:rsidRPr="001C4762" w:rsidRDefault="002165D6">
      <w:pPr>
        <w:spacing w:before="360" w:after="120"/>
        <w:rPr>
          <w:rFonts w:ascii="Avenir Next Condensed" w:hAnsi="Avenir Next Condensed"/>
          <w:lang w:val="fr-FR"/>
        </w:rPr>
      </w:pPr>
      <w:r w:rsidRPr="001C4762">
        <w:rPr>
          <w:rFonts w:ascii="Avenir Next Condensed" w:hAnsi="Avenir Next Condensed"/>
          <w:b/>
          <w:color w:val="1A3A5C"/>
          <w:sz w:val="32"/>
          <w:lang w:val="fr-FR"/>
        </w:rPr>
        <w:lastRenderedPageBreak/>
        <w:t>4. En Partenariat avec la Ville de Martigues</w:t>
      </w:r>
    </w:p>
    <w:p w14:paraId="5D90E89F" w14:textId="77777777" w:rsidR="003B7415" w:rsidRPr="001C4762" w:rsidRDefault="003B7415">
      <w:pPr>
        <w:pBdr>
          <w:bottom w:val="single" w:sz="6" w:space="1" w:color="008B8B"/>
        </w:pBdr>
        <w:spacing w:before="80" w:after="80"/>
        <w:rPr>
          <w:rFonts w:ascii="Avenir Next Condensed" w:hAnsi="Avenir Next Condensed"/>
          <w:lang w:val="fr-FR"/>
        </w:rPr>
      </w:pPr>
    </w:p>
    <w:p w14:paraId="1B390C4E" w14:textId="793D720F" w:rsidR="003B7415" w:rsidRPr="001C4762" w:rsidRDefault="002165D6">
      <w:pPr>
        <w:spacing w:before="160" w:after="120"/>
        <w:jc w:val="both"/>
        <w:rPr>
          <w:rFonts w:ascii="Avenir Next Condensed" w:hAnsi="Avenir Next Condensed"/>
          <w:lang w:val="fr-FR"/>
        </w:rPr>
      </w:pPr>
      <w:r w:rsidRPr="001C4762">
        <w:rPr>
          <w:rFonts w:ascii="Avenir Next Condensed" w:hAnsi="Avenir Next Condensed"/>
          <w:color w:val="444444"/>
          <w:lang w:val="fr-FR"/>
        </w:rPr>
        <w:t xml:space="preserve">Le Comité des Fêtes de Carro participe également à plusieurs manifestations organisées par la Ville de Martigues, contribuant à l'animation du </w:t>
      </w:r>
      <w:r w:rsidR="00CB6889" w:rsidRPr="001C4762">
        <w:rPr>
          <w:rFonts w:ascii="Avenir Next Condensed" w:hAnsi="Avenir Next Condensed"/>
          <w:color w:val="444444"/>
          <w:lang w:val="fr-FR"/>
        </w:rPr>
        <w:t>village</w:t>
      </w:r>
      <w:r w:rsidRPr="001C4762">
        <w:rPr>
          <w:rFonts w:ascii="Avenir Next Condensed" w:hAnsi="Avenir Next Condensed"/>
          <w:color w:val="444444"/>
          <w:lang w:val="fr-FR"/>
        </w:rPr>
        <w:t xml:space="preserve"> et à l'enrichissement du programme estival au-delà de ses propres événements.</w:t>
      </w:r>
    </w:p>
    <w:tbl>
      <w:tblPr>
        <w:tblStyle w:val="Grilledutableau"/>
        <w:tblW w:w="0" w:type="auto"/>
        <w:tblLook w:val="04A0" w:firstRow="1" w:lastRow="0" w:firstColumn="1" w:lastColumn="0" w:noHBand="0" w:noVBand="1"/>
      </w:tblPr>
      <w:tblGrid>
        <w:gridCol w:w="4533"/>
        <w:gridCol w:w="4533"/>
      </w:tblGrid>
      <w:tr w:rsidR="003B7415" w:rsidRPr="001C4762" w14:paraId="6B6B450B" w14:textId="77777777">
        <w:tc>
          <w:tcPr>
            <w:tcW w:w="4533" w:type="dxa"/>
            <w:shd w:val="clear" w:color="auto" w:fill="1A3A5C"/>
          </w:tcPr>
          <w:p w14:paraId="7699DF6E"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Événement</w:t>
            </w:r>
          </w:p>
        </w:tc>
        <w:tc>
          <w:tcPr>
            <w:tcW w:w="4533" w:type="dxa"/>
            <w:shd w:val="clear" w:color="auto" w:fill="1A3A5C"/>
          </w:tcPr>
          <w:p w14:paraId="081D69AA"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Date</w:t>
            </w:r>
          </w:p>
        </w:tc>
      </w:tr>
      <w:tr w:rsidR="003B7415" w:rsidRPr="001C4762" w14:paraId="1A8752D4" w14:textId="77777777">
        <w:tc>
          <w:tcPr>
            <w:tcW w:w="4533" w:type="dxa"/>
            <w:shd w:val="clear" w:color="auto" w:fill="F0F8FF"/>
          </w:tcPr>
          <w:p w14:paraId="0D44B03C"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Fête de Quartier</w:t>
            </w:r>
          </w:p>
        </w:tc>
        <w:tc>
          <w:tcPr>
            <w:tcW w:w="4533" w:type="dxa"/>
            <w:shd w:val="clear" w:color="auto" w:fill="F0F8FF"/>
          </w:tcPr>
          <w:p w14:paraId="1F299D61"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Vendredi 29 mai 2026</w:t>
            </w:r>
          </w:p>
        </w:tc>
      </w:tr>
      <w:tr w:rsidR="003B7415" w:rsidRPr="001C4762" w14:paraId="544863A8" w14:textId="77777777">
        <w:tc>
          <w:tcPr>
            <w:tcW w:w="4533" w:type="dxa"/>
            <w:shd w:val="clear" w:color="auto" w:fill="FFFFFF"/>
          </w:tcPr>
          <w:p w14:paraId="54815885"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Tournée d'Été La Marseillaise</w:t>
            </w:r>
          </w:p>
        </w:tc>
        <w:tc>
          <w:tcPr>
            <w:tcW w:w="4533" w:type="dxa"/>
            <w:shd w:val="clear" w:color="auto" w:fill="FFFFFF"/>
          </w:tcPr>
          <w:p w14:paraId="012DC76D"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Août 2026 *</w:t>
            </w:r>
          </w:p>
        </w:tc>
      </w:tr>
      <w:tr w:rsidR="003B7415" w:rsidRPr="001C4762" w14:paraId="5CA7AE82" w14:textId="77777777">
        <w:tc>
          <w:tcPr>
            <w:tcW w:w="4533" w:type="dxa"/>
            <w:shd w:val="clear" w:color="auto" w:fill="F0F8FF"/>
          </w:tcPr>
          <w:p w14:paraId="782413AC"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Fête de la Libération</w:t>
            </w:r>
          </w:p>
        </w:tc>
        <w:tc>
          <w:tcPr>
            <w:tcW w:w="4533" w:type="dxa"/>
            <w:shd w:val="clear" w:color="auto" w:fill="F0F8FF"/>
          </w:tcPr>
          <w:p w14:paraId="1B13AB84"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Vendredi 21 août 2026</w:t>
            </w:r>
          </w:p>
        </w:tc>
      </w:tr>
    </w:tbl>
    <w:p w14:paraId="2238DDF1"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i/>
          <w:color w:val="888888"/>
          <w:sz w:val="18"/>
          <w:lang w:val="fr-FR"/>
        </w:rPr>
        <w:t xml:space="preserve">* En cours de validation par la </w:t>
      </w:r>
      <w:r w:rsidRPr="001C4762">
        <w:rPr>
          <w:rFonts w:ascii="Avenir Next Condensed" w:hAnsi="Avenir Next Condensed"/>
          <w:i/>
          <w:color w:val="888888"/>
          <w:sz w:val="18"/>
          <w:lang w:val="fr-FR"/>
        </w:rPr>
        <w:t>Ville de Martigues.</w:t>
      </w:r>
    </w:p>
    <w:p w14:paraId="7AA72616" w14:textId="77777777" w:rsidR="003B7415" w:rsidRPr="001C4762" w:rsidRDefault="002165D6">
      <w:pPr>
        <w:spacing w:before="360" w:after="120"/>
        <w:rPr>
          <w:rFonts w:ascii="Avenir Next Condensed" w:hAnsi="Avenir Next Condensed"/>
          <w:lang w:val="fr-FR"/>
        </w:rPr>
      </w:pPr>
      <w:r w:rsidRPr="001C4762">
        <w:rPr>
          <w:rFonts w:ascii="Avenir Next Condensed" w:hAnsi="Avenir Next Condensed"/>
          <w:b/>
          <w:color w:val="1A3A5C"/>
          <w:sz w:val="32"/>
          <w:lang w:val="fr-FR"/>
        </w:rPr>
        <w:t>5. Le Petit Musée de Carro</w:t>
      </w:r>
    </w:p>
    <w:p w14:paraId="796D1B64" w14:textId="77777777" w:rsidR="003B7415" w:rsidRPr="001C4762" w:rsidRDefault="003B7415">
      <w:pPr>
        <w:pBdr>
          <w:bottom w:val="single" w:sz="6" w:space="1" w:color="008B8B"/>
        </w:pBdr>
        <w:spacing w:before="80" w:after="80"/>
        <w:rPr>
          <w:rFonts w:ascii="Avenir Next Condensed" w:hAnsi="Avenir Next Condensed"/>
          <w:lang w:val="fr-FR"/>
        </w:rPr>
      </w:pPr>
    </w:p>
    <w:p w14:paraId="69C0BFD7" w14:textId="3987596A" w:rsidR="003B7415" w:rsidRPr="001C4762" w:rsidRDefault="00CB6889">
      <w:pPr>
        <w:spacing w:before="160" w:after="80"/>
        <w:rPr>
          <w:rFonts w:ascii="Avenir Next Condensed" w:hAnsi="Avenir Next Condensed"/>
          <w:lang w:val="fr-FR"/>
        </w:rPr>
      </w:pPr>
      <w:r w:rsidRPr="001C4762">
        <w:rPr>
          <w:rFonts w:ascii="Avenir Next Condensed" w:hAnsi="Avenir Next Condensed"/>
          <w:b/>
          <w:i/>
          <w:color w:val="008B8B"/>
          <w:lang w:val="fr-FR"/>
        </w:rPr>
        <w:t>Animé par le Comité du Patrimoine de Carro  ·  Mai à Novembre 2026  ·  Port de Carro</w:t>
      </w:r>
    </w:p>
    <w:p w14:paraId="228C8654"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Ouvert du 1er mai au 1er novembre, le Petit Musée de Carro est une fenêtre ouverte sur l'histoire et la mémoire des villages côtiers de Carro et La Couronne. Né d'une initiative populaire, il rassemble une collection de plus de 150 objets et plusieurs centaines de photographies et documents anciens, liés aux métiers de la pierre, de la terre et de la mer. Un lieu de mémoire vivant, où chaque objet raconte une histoire et où les visiteurs deviennent souvent des donateurs.</w:t>
      </w:r>
    </w:p>
    <w:p w14:paraId="040A1B96" w14:textId="1A3172DD" w:rsidR="003B7415" w:rsidRPr="001C4762" w:rsidRDefault="002165D6">
      <w:pPr>
        <w:spacing w:after="120"/>
        <w:jc w:val="both"/>
        <w:rPr>
          <w:rFonts w:ascii="Avenir Next Condensed" w:hAnsi="Avenir Next Condensed"/>
          <w:i/>
          <w:iCs/>
          <w:lang w:val="fr-FR"/>
        </w:rPr>
      </w:pPr>
      <w:r w:rsidRPr="001C4762">
        <w:rPr>
          <w:rFonts w:ascii="Avenir Next Condensed" w:hAnsi="Avenir Next Condensed"/>
          <w:i/>
          <w:iCs/>
          <w:color w:val="444444"/>
          <w:lang w:val="fr-FR"/>
        </w:rPr>
        <w:t>Horaires d'ouverture : samedi et dimanche — 9h à 1</w:t>
      </w:r>
      <w:r w:rsidR="00CB6889" w:rsidRPr="001C4762">
        <w:rPr>
          <w:rFonts w:ascii="Avenir Next Condensed" w:hAnsi="Avenir Next Condensed"/>
          <w:i/>
          <w:iCs/>
          <w:color w:val="444444"/>
          <w:lang w:val="fr-FR"/>
        </w:rPr>
        <w:t>1</w:t>
      </w:r>
      <w:r w:rsidRPr="001C4762">
        <w:rPr>
          <w:rFonts w:ascii="Avenir Next Condensed" w:hAnsi="Avenir Next Condensed"/>
          <w:i/>
          <w:iCs/>
          <w:color w:val="444444"/>
          <w:lang w:val="fr-FR"/>
        </w:rPr>
        <w:t>h</w:t>
      </w:r>
      <w:r w:rsidR="00CB6889" w:rsidRPr="001C4762">
        <w:rPr>
          <w:rFonts w:ascii="Avenir Next Condensed" w:hAnsi="Avenir Next Condensed"/>
          <w:i/>
          <w:iCs/>
          <w:color w:val="444444"/>
          <w:lang w:val="fr-FR"/>
        </w:rPr>
        <w:t>30</w:t>
      </w:r>
      <w:r w:rsidRPr="001C4762">
        <w:rPr>
          <w:rFonts w:ascii="Avenir Next Condensed" w:hAnsi="Avenir Next Condensed"/>
          <w:i/>
          <w:iCs/>
          <w:color w:val="444444"/>
          <w:lang w:val="fr-FR"/>
        </w:rPr>
        <w:t xml:space="preserve"> &amp; 15h à 1</w:t>
      </w:r>
      <w:r w:rsidR="00CB6889" w:rsidRPr="001C4762">
        <w:rPr>
          <w:rFonts w:ascii="Avenir Next Condensed" w:hAnsi="Avenir Next Condensed"/>
          <w:i/>
          <w:iCs/>
          <w:color w:val="444444"/>
          <w:lang w:val="fr-FR"/>
        </w:rPr>
        <w:t>7</w:t>
      </w:r>
      <w:r w:rsidRPr="001C4762">
        <w:rPr>
          <w:rFonts w:ascii="Avenir Next Condensed" w:hAnsi="Avenir Next Condensed"/>
          <w:i/>
          <w:iCs/>
          <w:color w:val="444444"/>
          <w:lang w:val="fr-FR"/>
        </w:rPr>
        <w:t>h</w:t>
      </w:r>
      <w:r w:rsidR="00CB6889" w:rsidRPr="001C4762">
        <w:rPr>
          <w:rFonts w:ascii="Avenir Next Condensed" w:hAnsi="Avenir Next Condensed"/>
          <w:i/>
          <w:iCs/>
          <w:color w:val="444444"/>
          <w:lang w:val="fr-FR"/>
        </w:rPr>
        <w:t>30</w:t>
      </w:r>
      <w:r w:rsidRPr="001C4762">
        <w:rPr>
          <w:rFonts w:ascii="Avenir Next Condensed" w:hAnsi="Avenir Next Condensed"/>
          <w:i/>
          <w:iCs/>
          <w:color w:val="444444"/>
          <w:lang w:val="fr-FR"/>
        </w:rPr>
        <w:t>. Entrée libre.</w:t>
      </w:r>
    </w:p>
    <w:p w14:paraId="12D0FF85" w14:textId="77777777"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76E7435E" w14:textId="77777777" w:rsidR="003B7415" w:rsidRPr="001C4762" w:rsidRDefault="002165D6">
      <w:pPr>
        <w:spacing w:before="360" w:after="120"/>
        <w:rPr>
          <w:rFonts w:ascii="Avenir Next Condensed" w:hAnsi="Avenir Next Condensed"/>
          <w:lang w:val="fr-FR"/>
        </w:rPr>
      </w:pPr>
      <w:r w:rsidRPr="001C4762">
        <w:rPr>
          <w:rFonts w:ascii="Avenir Next Condensed" w:hAnsi="Avenir Next Condensed"/>
          <w:b/>
          <w:color w:val="1A3A5C"/>
          <w:sz w:val="32"/>
          <w:lang w:val="fr-FR"/>
        </w:rPr>
        <w:lastRenderedPageBreak/>
        <w:t>6. Calendrier de l'Été 2026</w:t>
      </w:r>
    </w:p>
    <w:p w14:paraId="211053E1" w14:textId="77777777" w:rsidR="003B7415" w:rsidRPr="001C4762" w:rsidRDefault="003B7415">
      <w:pPr>
        <w:pBdr>
          <w:bottom w:val="single" w:sz="6" w:space="1" w:color="008B8B"/>
        </w:pBdr>
        <w:spacing w:before="80" w:after="80"/>
        <w:rPr>
          <w:rFonts w:ascii="Avenir Next Condensed" w:hAnsi="Avenir Next Condensed"/>
          <w:lang w:val="fr-FR"/>
        </w:rPr>
      </w:pPr>
    </w:p>
    <w:p w14:paraId="0A6E936B" w14:textId="77777777" w:rsidR="003B7415" w:rsidRPr="001C4762" w:rsidRDefault="003B7415">
      <w:pPr>
        <w:rPr>
          <w:rFonts w:ascii="Avenir Next Condensed" w:hAnsi="Avenir Next Condensed"/>
          <w:lang w:val="fr-FR"/>
        </w:rPr>
      </w:pPr>
    </w:p>
    <w:tbl>
      <w:tblPr>
        <w:tblStyle w:val="Grilledutableau"/>
        <w:tblW w:w="0" w:type="auto"/>
        <w:tblLook w:val="04A0" w:firstRow="1" w:lastRow="0" w:firstColumn="1" w:lastColumn="0" w:noHBand="0" w:noVBand="1"/>
      </w:tblPr>
      <w:tblGrid>
        <w:gridCol w:w="959"/>
        <w:gridCol w:w="1559"/>
        <w:gridCol w:w="2552"/>
        <w:gridCol w:w="1842"/>
        <w:gridCol w:w="2153"/>
      </w:tblGrid>
      <w:tr w:rsidR="003B7415" w:rsidRPr="001C4762" w14:paraId="034B0218" w14:textId="77777777" w:rsidTr="00CB6889">
        <w:tc>
          <w:tcPr>
            <w:tcW w:w="959" w:type="dxa"/>
            <w:shd w:val="clear" w:color="auto" w:fill="1A3A5C"/>
            <w:vAlign w:val="center"/>
          </w:tcPr>
          <w:p w14:paraId="4F1A1795"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8"/>
                <w:lang w:val="fr-FR"/>
              </w:rPr>
              <w:t>Mois</w:t>
            </w:r>
          </w:p>
        </w:tc>
        <w:tc>
          <w:tcPr>
            <w:tcW w:w="1559" w:type="dxa"/>
            <w:shd w:val="clear" w:color="auto" w:fill="1A3A5C"/>
          </w:tcPr>
          <w:p w14:paraId="3707934F"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18"/>
                <w:lang w:val="fr-FR"/>
              </w:rPr>
              <w:t>Date</w:t>
            </w:r>
          </w:p>
        </w:tc>
        <w:tc>
          <w:tcPr>
            <w:tcW w:w="2552" w:type="dxa"/>
            <w:shd w:val="clear" w:color="auto" w:fill="1A3A5C"/>
          </w:tcPr>
          <w:p w14:paraId="38AB11EB"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18"/>
                <w:lang w:val="fr-FR"/>
              </w:rPr>
              <w:t>Événement</w:t>
            </w:r>
          </w:p>
        </w:tc>
        <w:tc>
          <w:tcPr>
            <w:tcW w:w="1842" w:type="dxa"/>
            <w:shd w:val="clear" w:color="auto" w:fill="1A3A5C"/>
          </w:tcPr>
          <w:p w14:paraId="15DB4482"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18"/>
                <w:lang w:val="fr-FR"/>
              </w:rPr>
              <w:t xml:space="preserve">Lieu / </w:t>
            </w:r>
            <w:r w:rsidRPr="001C4762">
              <w:rPr>
                <w:rFonts w:ascii="Avenir Next Condensed" w:hAnsi="Avenir Next Condensed"/>
                <w:b/>
                <w:color w:val="FFFFFF"/>
                <w:sz w:val="18"/>
                <w:lang w:val="fr-FR"/>
              </w:rPr>
              <w:t>Organisateur</w:t>
            </w:r>
          </w:p>
        </w:tc>
        <w:tc>
          <w:tcPr>
            <w:tcW w:w="2153" w:type="dxa"/>
            <w:shd w:val="clear" w:color="auto" w:fill="1A3A5C"/>
          </w:tcPr>
          <w:p w14:paraId="17DFE46E"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18"/>
                <w:lang w:val="fr-FR"/>
              </w:rPr>
              <w:t>Infos</w:t>
            </w:r>
          </w:p>
        </w:tc>
      </w:tr>
      <w:tr w:rsidR="003B7415" w:rsidRPr="001C4762" w14:paraId="473009A7" w14:textId="77777777" w:rsidTr="00CB6889">
        <w:tc>
          <w:tcPr>
            <w:tcW w:w="959" w:type="dxa"/>
            <w:shd w:val="clear" w:color="auto" w:fill="2E8B57"/>
            <w:vAlign w:val="center"/>
          </w:tcPr>
          <w:p w14:paraId="6F9BF3AF"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MAI</w:t>
            </w:r>
          </w:p>
        </w:tc>
        <w:tc>
          <w:tcPr>
            <w:tcW w:w="1559" w:type="dxa"/>
            <w:shd w:val="clear" w:color="auto" w:fill="FAFAFA"/>
            <w:vAlign w:val="center"/>
          </w:tcPr>
          <w:p w14:paraId="4CE07DC8"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1er mai – 1er nov.</w:t>
            </w:r>
          </w:p>
        </w:tc>
        <w:tc>
          <w:tcPr>
            <w:tcW w:w="2552" w:type="dxa"/>
            <w:shd w:val="clear" w:color="auto" w:fill="FAFAFA"/>
            <w:vAlign w:val="center"/>
          </w:tcPr>
          <w:p w14:paraId="5B464024" w14:textId="77777777"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Petit Musée de Carro</w:t>
            </w:r>
          </w:p>
        </w:tc>
        <w:tc>
          <w:tcPr>
            <w:tcW w:w="1842" w:type="dxa"/>
            <w:shd w:val="clear" w:color="auto" w:fill="FAFAFA"/>
            <w:vAlign w:val="center"/>
          </w:tcPr>
          <w:p w14:paraId="311780CB"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Comité du Patrimoine</w:t>
            </w:r>
          </w:p>
        </w:tc>
        <w:tc>
          <w:tcPr>
            <w:tcW w:w="2153" w:type="dxa"/>
            <w:shd w:val="clear" w:color="auto" w:fill="FAFAFA"/>
            <w:vAlign w:val="center"/>
          </w:tcPr>
          <w:p w14:paraId="6DB4ABCF" w14:textId="6BCE5154"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Gratuit · Sam/Dim 9h-1</w:t>
            </w:r>
            <w:r w:rsidR="00CB6889" w:rsidRPr="001C4762">
              <w:rPr>
                <w:rFonts w:ascii="Avenir Next Condensed" w:hAnsi="Avenir Next Condensed"/>
                <w:color w:val="444444"/>
                <w:sz w:val="18"/>
                <w:lang w:val="fr-FR"/>
              </w:rPr>
              <w:t>1</w:t>
            </w:r>
            <w:r w:rsidRPr="001C4762">
              <w:rPr>
                <w:rFonts w:ascii="Avenir Next Condensed" w:hAnsi="Avenir Next Condensed"/>
                <w:color w:val="444444"/>
                <w:sz w:val="18"/>
                <w:lang w:val="fr-FR"/>
              </w:rPr>
              <w:t>h</w:t>
            </w:r>
            <w:r w:rsidR="00CB6889" w:rsidRPr="001C4762">
              <w:rPr>
                <w:rFonts w:ascii="Avenir Next Condensed" w:hAnsi="Avenir Next Condensed"/>
                <w:color w:val="444444"/>
                <w:sz w:val="18"/>
                <w:lang w:val="fr-FR"/>
              </w:rPr>
              <w:t>30</w:t>
            </w:r>
            <w:r w:rsidRPr="001C4762">
              <w:rPr>
                <w:rFonts w:ascii="Avenir Next Condensed" w:hAnsi="Avenir Next Condensed"/>
                <w:color w:val="444444"/>
                <w:sz w:val="18"/>
                <w:lang w:val="fr-FR"/>
              </w:rPr>
              <w:t xml:space="preserve"> &amp; 15h-1</w:t>
            </w:r>
            <w:r w:rsidR="00CB6889" w:rsidRPr="001C4762">
              <w:rPr>
                <w:rFonts w:ascii="Avenir Next Condensed" w:hAnsi="Avenir Next Condensed"/>
                <w:color w:val="444444"/>
                <w:sz w:val="18"/>
                <w:lang w:val="fr-FR"/>
              </w:rPr>
              <w:t>7</w:t>
            </w:r>
            <w:r w:rsidRPr="001C4762">
              <w:rPr>
                <w:rFonts w:ascii="Avenir Next Condensed" w:hAnsi="Avenir Next Condensed"/>
                <w:color w:val="444444"/>
                <w:sz w:val="18"/>
                <w:lang w:val="fr-FR"/>
              </w:rPr>
              <w:t>h</w:t>
            </w:r>
            <w:r w:rsidR="00CB6889" w:rsidRPr="001C4762">
              <w:rPr>
                <w:rFonts w:ascii="Avenir Next Condensed" w:hAnsi="Avenir Next Condensed"/>
                <w:color w:val="444444"/>
                <w:sz w:val="18"/>
                <w:lang w:val="fr-FR"/>
              </w:rPr>
              <w:t>30</w:t>
            </w:r>
          </w:p>
        </w:tc>
      </w:tr>
      <w:tr w:rsidR="003B7415" w:rsidRPr="001C4762" w14:paraId="2779D4FA" w14:textId="77777777" w:rsidTr="00CB6889">
        <w:tc>
          <w:tcPr>
            <w:tcW w:w="959" w:type="dxa"/>
            <w:shd w:val="clear" w:color="auto" w:fill="2E8B57"/>
            <w:vAlign w:val="center"/>
          </w:tcPr>
          <w:p w14:paraId="18EF2369"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MAI</w:t>
            </w:r>
          </w:p>
        </w:tc>
        <w:tc>
          <w:tcPr>
            <w:tcW w:w="1559" w:type="dxa"/>
            <w:shd w:val="clear" w:color="auto" w:fill="FFFFFF"/>
            <w:vAlign w:val="center"/>
          </w:tcPr>
          <w:p w14:paraId="292E4185"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29 mai</w:t>
            </w:r>
          </w:p>
        </w:tc>
        <w:tc>
          <w:tcPr>
            <w:tcW w:w="2552" w:type="dxa"/>
            <w:shd w:val="clear" w:color="auto" w:fill="FFFFFF"/>
            <w:vAlign w:val="center"/>
          </w:tcPr>
          <w:p w14:paraId="6E946501" w14:textId="77777777"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Fête de Quartier</w:t>
            </w:r>
          </w:p>
        </w:tc>
        <w:tc>
          <w:tcPr>
            <w:tcW w:w="1842" w:type="dxa"/>
            <w:shd w:val="clear" w:color="auto" w:fill="FFFFFF"/>
            <w:vAlign w:val="center"/>
          </w:tcPr>
          <w:p w14:paraId="4DF3C176"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Ville de Martigues</w:t>
            </w:r>
          </w:p>
        </w:tc>
        <w:tc>
          <w:tcPr>
            <w:tcW w:w="2153" w:type="dxa"/>
            <w:shd w:val="clear" w:color="auto" w:fill="FFFFFF"/>
            <w:vAlign w:val="center"/>
          </w:tcPr>
          <w:p w14:paraId="1B51AD80" w14:textId="596FA5CE" w:rsidR="003B7415" w:rsidRPr="001C4762" w:rsidRDefault="003B7415" w:rsidP="00CB6889">
            <w:pPr>
              <w:rPr>
                <w:rFonts w:ascii="Avenir Next Condensed" w:hAnsi="Avenir Next Condensed"/>
                <w:lang w:val="fr-FR"/>
              </w:rPr>
            </w:pPr>
          </w:p>
        </w:tc>
      </w:tr>
      <w:tr w:rsidR="003B7415" w:rsidRPr="001C4762" w14:paraId="1FA3F743" w14:textId="77777777" w:rsidTr="00CB6889">
        <w:tc>
          <w:tcPr>
            <w:tcW w:w="959" w:type="dxa"/>
            <w:shd w:val="clear" w:color="auto" w:fill="008B8B"/>
            <w:vAlign w:val="center"/>
          </w:tcPr>
          <w:p w14:paraId="07EC4D9F"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JUIN</w:t>
            </w:r>
          </w:p>
        </w:tc>
        <w:tc>
          <w:tcPr>
            <w:tcW w:w="1559" w:type="dxa"/>
            <w:shd w:val="clear" w:color="auto" w:fill="FAFAFA"/>
            <w:vAlign w:val="center"/>
          </w:tcPr>
          <w:p w14:paraId="0F6A753A"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6 juin</w:t>
            </w:r>
          </w:p>
        </w:tc>
        <w:tc>
          <w:tcPr>
            <w:tcW w:w="2552" w:type="dxa"/>
            <w:shd w:val="clear" w:color="auto" w:fill="FAFAFA"/>
            <w:vAlign w:val="center"/>
          </w:tcPr>
          <w:p w14:paraId="021FE8D9" w14:textId="1A175763" w:rsidR="001C4762" w:rsidRPr="001C4762" w:rsidRDefault="002165D6" w:rsidP="00CB6889">
            <w:pPr>
              <w:rPr>
                <w:rFonts w:ascii="Avenir Next Condensed" w:hAnsi="Avenir Next Condensed"/>
                <w:b/>
                <w:color w:val="444444"/>
                <w:sz w:val="18"/>
                <w:lang w:val="fr-FR"/>
              </w:rPr>
            </w:pPr>
            <w:r w:rsidRPr="001C4762">
              <w:rPr>
                <w:rFonts w:ascii="Avenir Next Condensed" w:hAnsi="Avenir Next Condensed"/>
                <w:b/>
                <w:color w:val="444444"/>
                <w:sz w:val="18"/>
                <w:lang w:val="fr-FR"/>
              </w:rPr>
              <w:t>Ouverture réservations</w:t>
            </w:r>
            <w:r w:rsidR="001C4762" w:rsidRPr="001C4762">
              <w:rPr>
                <w:rFonts w:ascii="Avenir Next Condensed" w:hAnsi="Avenir Next Condensed"/>
                <w:b/>
                <w:color w:val="444444"/>
                <w:sz w:val="18"/>
                <w:lang w:val="fr-FR"/>
              </w:rPr>
              <w:t xml:space="preserve"> </w:t>
            </w:r>
            <w:r w:rsidR="001C4762" w:rsidRPr="001C4762">
              <w:rPr>
                <w:rFonts w:ascii="Avenir Next Condensed" w:hAnsi="Avenir Next Condensed"/>
                <w:b/>
                <w:color w:val="444444"/>
                <w:sz w:val="18"/>
                <w:lang w:val="fr-FR"/>
              </w:rPr>
              <w:br/>
              <w:t>Petite fête de la Moule</w:t>
            </w:r>
          </w:p>
        </w:tc>
        <w:tc>
          <w:tcPr>
            <w:tcW w:w="1842" w:type="dxa"/>
            <w:shd w:val="clear" w:color="auto" w:fill="FAFAFA"/>
            <w:vAlign w:val="center"/>
          </w:tcPr>
          <w:p w14:paraId="1D3477D8"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Cercle de Carro</w:t>
            </w:r>
          </w:p>
        </w:tc>
        <w:tc>
          <w:tcPr>
            <w:tcW w:w="2153" w:type="dxa"/>
            <w:shd w:val="clear" w:color="auto" w:fill="FAFAFA"/>
            <w:vAlign w:val="center"/>
          </w:tcPr>
          <w:p w14:paraId="00E656FE"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10h –</w:t>
            </w:r>
            <w:r w:rsidRPr="001C4762">
              <w:rPr>
                <w:rFonts w:ascii="Avenir Next Condensed" w:hAnsi="Avenir Next Condensed"/>
                <w:color w:val="444444"/>
                <w:sz w:val="18"/>
                <w:lang w:val="fr-FR"/>
              </w:rPr>
              <w:t xml:space="preserve"> 12h</w:t>
            </w:r>
          </w:p>
        </w:tc>
      </w:tr>
      <w:tr w:rsidR="003B7415" w:rsidRPr="001C4762" w14:paraId="5F80321D" w14:textId="77777777" w:rsidTr="00CB6889">
        <w:tc>
          <w:tcPr>
            <w:tcW w:w="959" w:type="dxa"/>
            <w:shd w:val="clear" w:color="auto" w:fill="008B8B"/>
            <w:vAlign w:val="center"/>
          </w:tcPr>
          <w:p w14:paraId="70518687"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JUIN</w:t>
            </w:r>
          </w:p>
        </w:tc>
        <w:tc>
          <w:tcPr>
            <w:tcW w:w="1559" w:type="dxa"/>
            <w:shd w:val="clear" w:color="auto" w:fill="FFFFFF"/>
            <w:vAlign w:val="center"/>
          </w:tcPr>
          <w:p w14:paraId="02A2CF70"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8 juin</w:t>
            </w:r>
          </w:p>
        </w:tc>
        <w:tc>
          <w:tcPr>
            <w:tcW w:w="2552" w:type="dxa"/>
            <w:shd w:val="clear" w:color="auto" w:fill="FFFFFF"/>
            <w:vAlign w:val="center"/>
          </w:tcPr>
          <w:p w14:paraId="3AFCA439" w14:textId="5A13CD92"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Réservations en ligne</w:t>
            </w:r>
            <w:r w:rsidR="001C4762" w:rsidRPr="001C4762">
              <w:rPr>
                <w:rFonts w:ascii="Avenir Next Condensed" w:hAnsi="Avenir Next Condensed"/>
                <w:b/>
                <w:color w:val="444444"/>
                <w:sz w:val="18"/>
                <w:lang w:val="fr-FR"/>
              </w:rPr>
              <w:t xml:space="preserve"> </w:t>
            </w:r>
            <w:r w:rsidR="001C4762" w:rsidRPr="001C4762">
              <w:rPr>
                <w:rFonts w:ascii="Avenir Next Condensed" w:hAnsi="Avenir Next Condensed"/>
                <w:b/>
                <w:color w:val="444444"/>
                <w:sz w:val="18"/>
                <w:lang w:val="fr-FR"/>
              </w:rPr>
              <w:br/>
              <w:t>Petite fête de la Moule</w:t>
            </w:r>
          </w:p>
        </w:tc>
        <w:tc>
          <w:tcPr>
            <w:tcW w:w="1842" w:type="dxa"/>
            <w:shd w:val="clear" w:color="auto" w:fill="FFFFFF"/>
            <w:vAlign w:val="center"/>
          </w:tcPr>
          <w:p w14:paraId="093502D1"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www.fetesdecarro.fr</w:t>
            </w:r>
          </w:p>
        </w:tc>
        <w:tc>
          <w:tcPr>
            <w:tcW w:w="2153" w:type="dxa"/>
            <w:shd w:val="clear" w:color="auto" w:fill="FFFFFF"/>
            <w:vAlign w:val="center"/>
          </w:tcPr>
          <w:p w14:paraId="51B9C9D1"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Brasucade — places limitées</w:t>
            </w:r>
          </w:p>
        </w:tc>
      </w:tr>
      <w:tr w:rsidR="003B7415" w:rsidRPr="001C4762" w14:paraId="30D041E5" w14:textId="77777777" w:rsidTr="001C4762">
        <w:trPr>
          <w:trHeight w:val="358"/>
        </w:trPr>
        <w:tc>
          <w:tcPr>
            <w:tcW w:w="959" w:type="dxa"/>
            <w:shd w:val="clear" w:color="auto" w:fill="008B8B"/>
            <w:vAlign w:val="center"/>
          </w:tcPr>
          <w:p w14:paraId="540F5E8C"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JUIN</w:t>
            </w:r>
          </w:p>
        </w:tc>
        <w:tc>
          <w:tcPr>
            <w:tcW w:w="1559" w:type="dxa"/>
            <w:shd w:val="clear" w:color="auto" w:fill="FAFAFA"/>
            <w:vAlign w:val="center"/>
          </w:tcPr>
          <w:p w14:paraId="6CAAFCCB"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27 – 28 juin</w:t>
            </w:r>
          </w:p>
        </w:tc>
        <w:tc>
          <w:tcPr>
            <w:tcW w:w="2552" w:type="dxa"/>
            <w:shd w:val="clear" w:color="auto" w:fill="FAFAFA"/>
            <w:vAlign w:val="center"/>
          </w:tcPr>
          <w:p w14:paraId="76B0F313" w14:textId="77777777"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Petite Fête de la Moule</w:t>
            </w:r>
          </w:p>
        </w:tc>
        <w:tc>
          <w:tcPr>
            <w:tcW w:w="1842" w:type="dxa"/>
            <w:shd w:val="clear" w:color="auto" w:fill="FAFAFA"/>
            <w:vAlign w:val="center"/>
          </w:tcPr>
          <w:p w14:paraId="7D6A1F80"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Maison de Carro</w:t>
            </w:r>
          </w:p>
        </w:tc>
        <w:tc>
          <w:tcPr>
            <w:tcW w:w="2153" w:type="dxa"/>
            <w:shd w:val="clear" w:color="auto" w:fill="FAFAFA"/>
            <w:vAlign w:val="center"/>
          </w:tcPr>
          <w:p w14:paraId="6B477E96"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Brasucade · Funk · Variété</w:t>
            </w:r>
          </w:p>
        </w:tc>
      </w:tr>
      <w:tr w:rsidR="003B7415" w:rsidRPr="001C4762" w14:paraId="12E63F02" w14:textId="77777777" w:rsidTr="00CB6889">
        <w:tc>
          <w:tcPr>
            <w:tcW w:w="959" w:type="dxa"/>
            <w:shd w:val="clear" w:color="auto" w:fill="1A3A5C"/>
            <w:vAlign w:val="center"/>
          </w:tcPr>
          <w:p w14:paraId="407CBC58"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JUILLET</w:t>
            </w:r>
          </w:p>
        </w:tc>
        <w:tc>
          <w:tcPr>
            <w:tcW w:w="1559" w:type="dxa"/>
            <w:shd w:val="clear" w:color="auto" w:fill="FFFFFF"/>
            <w:vAlign w:val="center"/>
          </w:tcPr>
          <w:p w14:paraId="0C5240C2"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17 – 21 juil.</w:t>
            </w:r>
          </w:p>
        </w:tc>
        <w:tc>
          <w:tcPr>
            <w:tcW w:w="2552" w:type="dxa"/>
            <w:shd w:val="clear" w:color="auto" w:fill="FFFFFF"/>
            <w:vAlign w:val="center"/>
          </w:tcPr>
          <w:p w14:paraId="4A8AFC36" w14:textId="77777777"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Fête de Carro</w:t>
            </w:r>
          </w:p>
        </w:tc>
        <w:tc>
          <w:tcPr>
            <w:tcW w:w="1842" w:type="dxa"/>
            <w:shd w:val="clear" w:color="auto" w:fill="FFFFFF"/>
            <w:vAlign w:val="center"/>
          </w:tcPr>
          <w:p w14:paraId="50FA8420" w14:textId="49CD3869" w:rsidR="003B7415" w:rsidRPr="001C4762" w:rsidRDefault="001C4762" w:rsidP="00CB6889">
            <w:pPr>
              <w:rPr>
                <w:rFonts w:ascii="Avenir Next Condensed" w:hAnsi="Avenir Next Condensed"/>
                <w:lang w:val="fr-FR"/>
              </w:rPr>
            </w:pPr>
            <w:r w:rsidRPr="001C4762">
              <w:rPr>
                <w:rFonts w:ascii="Avenir Next Condensed" w:hAnsi="Avenir Next Condensed"/>
                <w:color w:val="444444"/>
                <w:sz w:val="18"/>
                <w:lang w:val="fr-FR"/>
              </w:rPr>
              <w:t>Port de Carro</w:t>
            </w:r>
          </w:p>
        </w:tc>
        <w:tc>
          <w:tcPr>
            <w:tcW w:w="2153" w:type="dxa"/>
            <w:shd w:val="clear" w:color="auto" w:fill="FFFFFF"/>
            <w:vAlign w:val="center"/>
          </w:tcPr>
          <w:p w14:paraId="35AB97AB" w14:textId="29FFFA11" w:rsidR="003B7415" w:rsidRPr="001C4762" w:rsidRDefault="001C4762" w:rsidP="00CB6889">
            <w:pPr>
              <w:rPr>
                <w:rFonts w:ascii="Avenir Next Condensed" w:hAnsi="Avenir Next Condensed"/>
                <w:lang w:val="fr-FR"/>
              </w:rPr>
            </w:pPr>
            <w:r w:rsidRPr="001C4762">
              <w:rPr>
                <w:rFonts w:ascii="Avenir Next Condensed" w:hAnsi="Avenir Next Condensed"/>
                <w:color w:val="444444"/>
                <w:sz w:val="18"/>
                <w:lang w:val="fr-FR"/>
              </w:rPr>
              <w:t>Fête foraine · Pétanque · Spectacle · Mousse · Feu d’artifice</w:t>
            </w:r>
          </w:p>
        </w:tc>
      </w:tr>
      <w:tr w:rsidR="003B7415" w:rsidRPr="001C4762" w14:paraId="766D06C0" w14:textId="77777777" w:rsidTr="00CB6889">
        <w:tc>
          <w:tcPr>
            <w:tcW w:w="959" w:type="dxa"/>
            <w:shd w:val="clear" w:color="auto" w:fill="E86A1A"/>
            <w:vAlign w:val="center"/>
          </w:tcPr>
          <w:p w14:paraId="260BF8EF"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AOÛT</w:t>
            </w:r>
          </w:p>
        </w:tc>
        <w:tc>
          <w:tcPr>
            <w:tcW w:w="1559" w:type="dxa"/>
            <w:shd w:val="clear" w:color="auto" w:fill="FAFAFA"/>
            <w:vAlign w:val="center"/>
          </w:tcPr>
          <w:p w14:paraId="3459AE0F"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1er août</w:t>
            </w:r>
          </w:p>
        </w:tc>
        <w:tc>
          <w:tcPr>
            <w:tcW w:w="2552" w:type="dxa"/>
            <w:shd w:val="clear" w:color="auto" w:fill="FAFAFA"/>
            <w:vAlign w:val="center"/>
          </w:tcPr>
          <w:p w14:paraId="6F7748FE" w14:textId="40EA1CD1"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Ou</w:t>
            </w:r>
            <w:r w:rsidR="001C4762" w:rsidRPr="001C4762">
              <w:rPr>
                <w:rFonts w:ascii="Avenir Next Condensed" w:hAnsi="Avenir Next Condensed"/>
                <w:b/>
                <w:color w:val="444444"/>
                <w:sz w:val="18"/>
                <w:lang w:val="fr-FR"/>
              </w:rPr>
              <w:t>verture</w:t>
            </w:r>
            <w:r w:rsidRPr="001C4762">
              <w:rPr>
                <w:rFonts w:ascii="Avenir Next Condensed" w:hAnsi="Avenir Next Condensed"/>
                <w:b/>
                <w:color w:val="444444"/>
                <w:sz w:val="18"/>
                <w:lang w:val="fr-FR"/>
              </w:rPr>
              <w:t xml:space="preserve"> réservations </w:t>
            </w:r>
            <w:r w:rsidR="001C4762" w:rsidRPr="001C4762">
              <w:rPr>
                <w:rFonts w:ascii="Avenir Next Condensed" w:hAnsi="Avenir Next Condensed"/>
                <w:b/>
                <w:color w:val="444444"/>
                <w:sz w:val="18"/>
                <w:lang w:val="fr-FR"/>
              </w:rPr>
              <w:br/>
            </w:r>
            <w:r w:rsidRPr="001C4762">
              <w:rPr>
                <w:rFonts w:ascii="Avenir Next Condensed" w:hAnsi="Avenir Next Condensed"/>
                <w:b/>
                <w:color w:val="444444"/>
                <w:sz w:val="18"/>
                <w:lang w:val="fr-FR"/>
              </w:rPr>
              <w:t>Soirée Soupe</w:t>
            </w:r>
          </w:p>
        </w:tc>
        <w:tc>
          <w:tcPr>
            <w:tcW w:w="1842" w:type="dxa"/>
            <w:shd w:val="clear" w:color="auto" w:fill="FAFAFA"/>
            <w:vAlign w:val="center"/>
          </w:tcPr>
          <w:p w14:paraId="4E38266B"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www.fetesdecarro.fr</w:t>
            </w:r>
          </w:p>
        </w:tc>
        <w:tc>
          <w:tcPr>
            <w:tcW w:w="2153" w:type="dxa"/>
            <w:shd w:val="clear" w:color="auto" w:fill="FAFAFA"/>
            <w:vAlign w:val="center"/>
          </w:tcPr>
          <w:p w14:paraId="5B26B14F"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100 places — Journée Pêche</w:t>
            </w:r>
          </w:p>
        </w:tc>
      </w:tr>
      <w:tr w:rsidR="003B7415" w:rsidRPr="001C4762" w14:paraId="24C31517" w14:textId="77777777" w:rsidTr="001C4762">
        <w:trPr>
          <w:trHeight w:val="550"/>
        </w:trPr>
        <w:tc>
          <w:tcPr>
            <w:tcW w:w="959" w:type="dxa"/>
            <w:shd w:val="clear" w:color="auto" w:fill="E86A1A"/>
            <w:vAlign w:val="center"/>
          </w:tcPr>
          <w:p w14:paraId="4FA8F8E6"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AOÛT</w:t>
            </w:r>
          </w:p>
        </w:tc>
        <w:tc>
          <w:tcPr>
            <w:tcW w:w="1559" w:type="dxa"/>
            <w:shd w:val="clear" w:color="auto" w:fill="FFFFFF"/>
            <w:vAlign w:val="center"/>
          </w:tcPr>
          <w:p w14:paraId="206160DB"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15 août</w:t>
            </w:r>
          </w:p>
        </w:tc>
        <w:tc>
          <w:tcPr>
            <w:tcW w:w="2552" w:type="dxa"/>
            <w:shd w:val="clear" w:color="auto" w:fill="FFFFFF"/>
            <w:vAlign w:val="center"/>
          </w:tcPr>
          <w:p w14:paraId="52CD681B" w14:textId="77777777"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Journée Pêche</w:t>
            </w:r>
          </w:p>
        </w:tc>
        <w:tc>
          <w:tcPr>
            <w:tcW w:w="1842" w:type="dxa"/>
            <w:shd w:val="clear" w:color="auto" w:fill="FFFFFF"/>
            <w:vAlign w:val="center"/>
          </w:tcPr>
          <w:p w14:paraId="2D1FB6A4"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Port de Carro</w:t>
            </w:r>
          </w:p>
        </w:tc>
        <w:tc>
          <w:tcPr>
            <w:tcW w:w="2153" w:type="dxa"/>
            <w:shd w:val="clear" w:color="auto" w:fill="FFFFFF"/>
            <w:vAlign w:val="center"/>
          </w:tcPr>
          <w:p w14:paraId="34AE7B75"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Concours · Soirée Soupe · Ciné plein air</w:t>
            </w:r>
          </w:p>
        </w:tc>
      </w:tr>
      <w:tr w:rsidR="003B7415" w:rsidRPr="001C4762" w14:paraId="710911C4" w14:textId="77777777" w:rsidTr="001C4762">
        <w:trPr>
          <w:trHeight w:val="274"/>
        </w:trPr>
        <w:tc>
          <w:tcPr>
            <w:tcW w:w="959" w:type="dxa"/>
            <w:shd w:val="clear" w:color="auto" w:fill="E86A1A"/>
            <w:vAlign w:val="center"/>
          </w:tcPr>
          <w:p w14:paraId="6B0CE82C"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AOÛT</w:t>
            </w:r>
          </w:p>
        </w:tc>
        <w:tc>
          <w:tcPr>
            <w:tcW w:w="1559" w:type="dxa"/>
            <w:shd w:val="clear" w:color="auto" w:fill="FAFAFA"/>
            <w:vAlign w:val="center"/>
          </w:tcPr>
          <w:p w14:paraId="6933D180"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Août*</w:t>
            </w:r>
          </w:p>
        </w:tc>
        <w:tc>
          <w:tcPr>
            <w:tcW w:w="2552" w:type="dxa"/>
            <w:shd w:val="clear" w:color="auto" w:fill="FAFAFA"/>
            <w:vAlign w:val="center"/>
          </w:tcPr>
          <w:p w14:paraId="03F8FC89" w14:textId="77777777"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Tournée d'Été La Marseillaise</w:t>
            </w:r>
          </w:p>
        </w:tc>
        <w:tc>
          <w:tcPr>
            <w:tcW w:w="1842" w:type="dxa"/>
            <w:shd w:val="clear" w:color="auto" w:fill="FAFAFA"/>
            <w:vAlign w:val="center"/>
          </w:tcPr>
          <w:p w14:paraId="01FCCFDE"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Ville de Martigues</w:t>
            </w:r>
          </w:p>
        </w:tc>
        <w:tc>
          <w:tcPr>
            <w:tcW w:w="2153" w:type="dxa"/>
            <w:shd w:val="clear" w:color="auto" w:fill="FAFAFA"/>
            <w:vAlign w:val="center"/>
          </w:tcPr>
          <w:p w14:paraId="5ABF1EAF"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 En cours de validation</w:t>
            </w:r>
          </w:p>
        </w:tc>
      </w:tr>
      <w:tr w:rsidR="003B7415" w:rsidRPr="001C4762" w14:paraId="2DA760D0" w14:textId="77777777" w:rsidTr="00CB6889">
        <w:tc>
          <w:tcPr>
            <w:tcW w:w="959" w:type="dxa"/>
            <w:shd w:val="clear" w:color="auto" w:fill="E86A1A"/>
            <w:vAlign w:val="center"/>
          </w:tcPr>
          <w:p w14:paraId="03FB7628" w14:textId="77777777" w:rsidR="003B7415" w:rsidRPr="001C4762" w:rsidRDefault="002165D6" w:rsidP="00CB6889">
            <w:pPr>
              <w:jc w:val="center"/>
              <w:rPr>
                <w:rFonts w:ascii="Avenir Next Condensed" w:hAnsi="Avenir Next Condensed"/>
                <w:lang w:val="fr-FR"/>
              </w:rPr>
            </w:pPr>
            <w:r w:rsidRPr="001C4762">
              <w:rPr>
                <w:rFonts w:ascii="Avenir Next Condensed" w:hAnsi="Avenir Next Condensed"/>
                <w:b/>
                <w:color w:val="FFFFFF"/>
                <w:sz w:val="16"/>
                <w:lang w:val="fr-FR"/>
              </w:rPr>
              <w:t>AOÛT</w:t>
            </w:r>
          </w:p>
        </w:tc>
        <w:tc>
          <w:tcPr>
            <w:tcW w:w="1559" w:type="dxa"/>
            <w:shd w:val="clear" w:color="auto" w:fill="FFFFFF"/>
            <w:vAlign w:val="center"/>
          </w:tcPr>
          <w:p w14:paraId="60F08A03"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21 août</w:t>
            </w:r>
          </w:p>
        </w:tc>
        <w:tc>
          <w:tcPr>
            <w:tcW w:w="2552" w:type="dxa"/>
            <w:shd w:val="clear" w:color="auto" w:fill="FFFFFF"/>
            <w:vAlign w:val="center"/>
          </w:tcPr>
          <w:p w14:paraId="06EB78C0" w14:textId="77777777" w:rsidR="003B7415" w:rsidRPr="001C4762" w:rsidRDefault="002165D6" w:rsidP="00CB6889">
            <w:pPr>
              <w:rPr>
                <w:rFonts w:ascii="Avenir Next Condensed" w:hAnsi="Avenir Next Condensed"/>
                <w:lang w:val="fr-FR"/>
              </w:rPr>
            </w:pPr>
            <w:r w:rsidRPr="001C4762">
              <w:rPr>
                <w:rFonts w:ascii="Avenir Next Condensed" w:hAnsi="Avenir Next Condensed"/>
                <w:b/>
                <w:color w:val="444444"/>
                <w:sz w:val="18"/>
                <w:lang w:val="fr-FR"/>
              </w:rPr>
              <w:t>Fête de la Libération</w:t>
            </w:r>
          </w:p>
        </w:tc>
        <w:tc>
          <w:tcPr>
            <w:tcW w:w="1842" w:type="dxa"/>
            <w:shd w:val="clear" w:color="auto" w:fill="FFFFFF"/>
            <w:vAlign w:val="center"/>
          </w:tcPr>
          <w:p w14:paraId="12840132"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Ville de Martigues</w:t>
            </w:r>
          </w:p>
        </w:tc>
        <w:tc>
          <w:tcPr>
            <w:tcW w:w="2153" w:type="dxa"/>
            <w:shd w:val="clear" w:color="auto" w:fill="FFFFFF"/>
            <w:vAlign w:val="center"/>
          </w:tcPr>
          <w:p w14:paraId="6D2E8B6A" w14:textId="77777777" w:rsidR="003B7415" w:rsidRPr="001C4762" w:rsidRDefault="002165D6" w:rsidP="00CB6889">
            <w:pPr>
              <w:rPr>
                <w:rFonts w:ascii="Avenir Next Condensed" w:hAnsi="Avenir Next Condensed"/>
                <w:lang w:val="fr-FR"/>
              </w:rPr>
            </w:pPr>
            <w:r w:rsidRPr="001C4762">
              <w:rPr>
                <w:rFonts w:ascii="Avenir Next Condensed" w:hAnsi="Avenir Next Condensed"/>
                <w:color w:val="444444"/>
                <w:sz w:val="18"/>
                <w:lang w:val="fr-FR"/>
              </w:rPr>
              <w:t>Participation du Comité des Fêtes</w:t>
            </w:r>
          </w:p>
        </w:tc>
      </w:tr>
    </w:tbl>
    <w:p w14:paraId="0939D66B" w14:textId="77777777" w:rsidR="003B7415" w:rsidRPr="001C4762" w:rsidRDefault="003B7415">
      <w:pPr>
        <w:rPr>
          <w:rFonts w:ascii="Avenir Next Condensed" w:hAnsi="Avenir Next Condensed"/>
          <w:lang w:val="fr-FR"/>
        </w:rPr>
      </w:pPr>
    </w:p>
    <w:p w14:paraId="0AE38BF5" w14:textId="77777777"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567CFB9C" w14:textId="77777777" w:rsidR="003B7415" w:rsidRPr="001C4762" w:rsidRDefault="002165D6">
      <w:pPr>
        <w:spacing w:before="360" w:after="120"/>
        <w:rPr>
          <w:rFonts w:ascii="Avenir Next Condensed" w:hAnsi="Avenir Next Condensed"/>
          <w:lang w:val="fr-FR"/>
        </w:rPr>
      </w:pPr>
      <w:r w:rsidRPr="001C4762">
        <w:rPr>
          <w:rFonts w:ascii="Avenir Next Condensed" w:hAnsi="Avenir Next Condensed"/>
          <w:b/>
          <w:color w:val="1A3A5C"/>
          <w:sz w:val="32"/>
          <w:lang w:val="fr-FR"/>
        </w:rPr>
        <w:lastRenderedPageBreak/>
        <w:t>7. Informations Pratiques</w:t>
      </w:r>
    </w:p>
    <w:p w14:paraId="13CD8610" w14:textId="77777777" w:rsidR="003B7415" w:rsidRPr="001C4762" w:rsidRDefault="003B7415">
      <w:pPr>
        <w:pBdr>
          <w:bottom w:val="single" w:sz="6" w:space="1" w:color="008B8B"/>
        </w:pBdr>
        <w:spacing w:before="80" w:after="80"/>
        <w:rPr>
          <w:rFonts w:ascii="Avenir Next Condensed" w:hAnsi="Avenir Next Condensed"/>
          <w:lang w:val="fr-FR"/>
        </w:rPr>
      </w:pPr>
    </w:p>
    <w:p w14:paraId="4E9CC6FD"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Contacts</w:t>
      </w:r>
    </w:p>
    <w:tbl>
      <w:tblPr>
        <w:tblStyle w:val="Grilledutableau"/>
        <w:tblW w:w="0" w:type="auto"/>
        <w:tblLook w:val="04A0" w:firstRow="1" w:lastRow="0" w:firstColumn="1" w:lastColumn="0" w:noHBand="0" w:noVBand="1"/>
      </w:tblPr>
      <w:tblGrid>
        <w:gridCol w:w="2943"/>
        <w:gridCol w:w="6123"/>
      </w:tblGrid>
      <w:tr w:rsidR="003B7415" w:rsidRPr="001C4762" w14:paraId="07BBAF50" w14:textId="77777777" w:rsidTr="001C4762">
        <w:tc>
          <w:tcPr>
            <w:tcW w:w="2943" w:type="dxa"/>
            <w:shd w:val="clear" w:color="auto" w:fill="1A3A5C"/>
          </w:tcPr>
          <w:p w14:paraId="6F8AB412" w14:textId="77777777" w:rsidR="003B7415" w:rsidRPr="001C4762" w:rsidRDefault="002165D6">
            <w:pPr>
              <w:rPr>
                <w:rFonts w:ascii="Avenir Next Condensed" w:hAnsi="Avenir Next Condensed"/>
                <w:lang w:val="fr-FR"/>
              </w:rPr>
            </w:pPr>
            <w:r w:rsidRPr="001C4762">
              <w:rPr>
                <w:rFonts w:ascii="Avenir Next Condensed" w:hAnsi="Avenir Next Condensed"/>
                <w:b/>
                <w:color w:val="FFFFFF"/>
                <w:sz w:val="20"/>
                <w:lang w:val="fr-FR"/>
              </w:rPr>
              <w:t>Contact Presse</w:t>
            </w:r>
          </w:p>
        </w:tc>
        <w:tc>
          <w:tcPr>
            <w:tcW w:w="6123" w:type="dxa"/>
            <w:shd w:val="clear" w:color="auto" w:fill="F5F5F5"/>
          </w:tcPr>
          <w:p w14:paraId="372B006A"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 xml:space="preserve">Marc Troulier · 06 86 26 11 31 </w:t>
            </w:r>
            <w:r w:rsidRPr="001C4762">
              <w:rPr>
                <w:rFonts w:ascii="Avenir Next Condensed" w:hAnsi="Avenir Next Condensed"/>
                <w:color w:val="444444"/>
                <w:sz w:val="20"/>
                <w:lang w:val="fr-FR"/>
              </w:rPr>
              <w:t>· contact@fetesdecarro.fr</w:t>
            </w:r>
          </w:p>
        </w:tc>
      </w:tr>
      <w:tr w:rsidR="003B7415" w:rsidRPr="001C4762" w14:paraId="5379EE0E" w14:textId="77777777" w:rsidTr="001C4762">
        <w:tc>
          <w:tcPr>
            <w:tcW w:w="2943" w:type="dxa"/>
            <w:shd w:val="clear" w:color="auto" w:fill="1A3A5C"/>
          </w:tcPr>
          <w:p w14:paraId="46414A82" w14:textId="77777777" w:rsidR="003B7415" w:rsidRPr="001C4762" w:rsidRDefault="002165D6">
            <w:pPr>
              <w:rPr>
                <w:rFonts w:ascii="Avenir Next Condensed" w:hAnsi="Avenir Next Condensed"/>
                <w:lang w:val="fr-FR"/>
              </w:rPr>
            </w:pPr>
            <w:r w:rsidRPr="001C4762">
              <w:rPr>
                <w:rFonts w:ascii="Avenir Next Condensed" w:hAnsi="Avenir Next Condensed"/>
                <w:b/>
                <w:color w:val="FFFFFF"/>
                <w:sz w:val="20"/>
                <w:lang w:val="fr-FR"/>
              </w:rPr>
              <w:t>Contact Public</w:t>
            </w:r>
          </w:p>
        </w:tc>
        <w:tc>
          <w:tcPr>
            <w:tcW w:w="6123" w:type="dxa"/>
            <w:shd w:val="clear" w:color="auto" w:fill="F5F5F5"/>
          </w:tcPr>
          <w:p w14:paraId="51D42AC7" w14:textId="3ADE88E2"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Armand · 06 52 77 10 56  /  Véro</w:t>
            </w:r>
            <w:r w:rsidR="001C4762" w:rsidRPr="001C4762">
              <w:rPr>
                <w:rFonts w:ascii="Avenir Next Condensed" w:hAnsi="Avenir Next Condensed"/>
                <w:color w:val="444444"/>
                <w:sz w:val="20"/>
                <w:lang w:val="fr-FR"/>
              </w:rPr>
              <w:t>nique</w:t>
            </w:r>
            <w:r w:rsidRPr="001C4762">
              <w:rPr>
                <w:rFonts w:ascii="Avenir Next Condensed" w:hAnsi="Avenir Next Condensed"/>
                <w:color w:val="444444"/>
                <w:sz w:val="20"/>
                <w:lang w:val="fr-FR"/>
              </w:rPr>
              <w:t xml:space="preserve"> · 06 85 87 05 25</w:t>
            </w:r>
          </w:p>
        </w:tc>
      </w:tr>
      <w:tr w:rsidR="003B7415" w:rsidRPr="001C4762" w14:paraId="14532210" w14:textId="77777777" w:rsidTr="001C4762">
        <w:tc>
          <w:tcPr>
            <w:tcW w:w="2943" w:type="dxa"/>
            <w:shd w:val="clear" w:color="auto" w:fill="1A3A5C"/>
          </w:tcPr>
          <w:p w14:paraId="07AE8028" w14:textId="77777777" w:rsidR="003B7415" w:rsidRPr="001C4762" w:rsidRDefault="002165D6">
            <w:pPr>
              <w:rPr>
                <w:rFonts w:ascii="Avenir Next Condensed" w:hAnsi="Avenir Next Condensed"/>
                <w:lang w:val="fr-FR"/>
              </w:rPr>
            </w:pPr>
            <w:r w:rsidRPr="001C4762">
              <w:rPr>
                <w:rFonts w:ascii="Avenir Next Condensed" w:hAnsi="Avenir Next Condensed"/>
                <w:b/>
                <w:color w:val="FFFFFF"/>
                <w:sz w:val="20"/>
                <w:lang w:val="fr-FR"/>
              </w:rPr>
              <w:t>Site web</w:t>
            </w:r>
          </w:p>
        </w:tc>
        <w:tc>
          <w:tcPr>
            <w:tcW w:w="6123" w:type="dxa"/>
            <w:shd w:val="clear" w:color="auto" w:fill="F5F5F5"/>
          </w:tcPr>
          <w:p w14:paraId="4C7735AE"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www.fetesdecarro.fr</w:t>
            </w:r>
          </w:p>
        </w:tc>
      </w:tr>
      <w:tr w:rsidR="003B7415" w:rsidRPr="001C4762" w14:paraId="38CC296A" w14:textId="77777777" w:rsidTr="001C4762">
        <w:tc>
          <w:tcPr>
            <w:tcW w:w="2943" w:type="dxa"/>
            <w:shd w:val="clear" w:color="auto" w:fill="1A3A5C"/>
          </w:tcPr>
          <w:p w14:paraId="544E8F16" w14:textId="77777777" w:rsidR="003B7415" w:rsidRPr="001C4762" w:rsidRDefault="002165D6">
            <w:pPr>
              <w:rPr>
                <w:rFonts w:ascii="Avenir Next Condensed" w:hAnsi="Avenir Next Condensed"/>
                <w:lang w:val="fr-FR"/>
              </w:rPr>
            </w:pPr>
            <w:r w:rsidRPr="001C4762">
              <w:rPr>
                <w:rFonts w:ascii="Avenir Next Condensed" w:hAnsi="Avenir Next Condensed"/>
                <w:b/>
                <w:color w:val="FFFFFF"/>
                <w:sz w:val="20"/>
                <w:lang w:val="fr-FR"/>
              </w:rPr>
              <w:t>Facebook</w:t>
            </w:r>
          </w:p>
        </w:tc>
        <w:tc>
          <w:tcPr>
            <w:tcW w:w="6123" w:type="dxa"/>
            <w:shd w:val="clear" w:color="auto" w:fill="F5F5F5"/>
          </w:tcPr>
          <w:p w14:paraId="64D41F93"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@fetesdecarro</w:t>
            </w:r>
          </w:p>
        </w:tc>
      </w:tr>
      <w:tr w:rsidR="003B7415" w:rsidRPr="001C4762" w14:paraId="1925FECE" w14:textId="77777777" w:rsidTr="001C4762">
        <w:tc>
          <w:tcPr>
            <w:tcW w:w="2943" w:type="dxa"/>
            <w:shd w:val="clear" w:color="auto" w:fill="1A3A5C"/>
          </w:tcPr>
          <w:p w14:paraId="0B5D8746" w14:textId="77777777" w:rsidR="003B7415" w:rsidRPr="001C4762" w:rsidRDefault="002165D6">
            <w:pPr>
              <w:rPr>
                <w:rFonts w:ascii="Avenir Next Condensed" w:hAnsi="Avenir Next Condensed"/>
                <w:lang w:val="fr-FR"/>
              </w:rPr>
            </w:pPr>
            <w:r w:rsidRPr="001C4762">
              <w:rPr>
                <w:rFonts w:ascii="Avenir Next Condensed" w:hAnsi="Avenir Next Condensed"/>
                <w:b/>
                <w:color w:val="FFFFFF"/>
                <w:sz w:val="20"/>
                <w:lang w:val="fr-FR"/>
              </w:rPr>
              <w:t>Email général</w:t>
            </w:r>
          </w:p>
        </w:tc>
        <w:tc>
          <w:tcPr>
            <w:tcW w:w="6123" w:type="dxa"/>
            <w:shd w:val="clear" w:color="auto" w:fill="F5F5F5"/>
          </w:tcPr>
          <w:p w14:paraId="1E1B5203"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contact@fetesdecarro.fr</w:t>
            </w:r>
          </w:p>
        </w:tc>
      </w:tr>
    </w:tbl>
    <w:p w14:paraId="61ACE3C6" w14:textId="77777777" w:rsidR="003B7415" w:rsidRPr="001C4762" w:rsidRDefault="003B7415">
      <w:pPr>
        <w:rPr>
          <w:rFonts w:ascii="Avenir Next Condensed" w:hAnsi="Avenir Next Condensed"/>
          <w:lang w:val="fr-FR"/>
        </w:rPr>
      </w:pPr>
    </w:p>
    <w:p w14:paraId="40AB12F3"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Réservations</w:t>
      </w:r>
    </w:p>
    <w:p w14:paraId="7E02BCF4" w14:textId="77777777" w:rsidR="003B7415" w:rsidRPr="001C4762" w:rsidRDefault="002165D6">
      <w:pPr>
        <w:pStyle w:val="Listepuces"/>
        <w:spacing w:after="60"/>
        <w:rPr>
          <w:rFonts w:ascii="Avenir Next Condensed" w:hAnsi="Avenir Next Condensed"/>
          <w:lang w:val="fr-FR"/>
        </w:rPr>
      </w:pPr>
      <w:r w:rsidRPr="001C4762">
        <w:rPr>
          <w:rFonts w:ascii="Avenir Next Condensed" w:hAnsi="Avenir Next Condensed"/>
          <w:color w:val="444444"/>
          <w:sz w:val="21"/>
          <w:lang w:val="fr-FR"/>
        </w:rPr>
        <w:t xml:space="preserve">Petite Fête de la Moule (Brasucade) : </w:t>
      </w:r>
      <w:r w:rsidRPr="001C4762">
        <w:rPr>
          <w:rFonts w:ascii="Avenir Next Condensed" w:hAnsi="Avenir Next Condensed"/>
          <w:color w:val="444444"/>
          <w:sz w:val="21"/>
          <w:lang w:val="fr-FR"/>
        </w:rPr>
        <w:t>réservation OBLIGATOIRE</w:t>
      </w:r>
    </w:p>
    <w:p w14:paraId="4A17E430" w14:textId="77777777" w:rsidR="003B7415" w:rsidRPr="001C4762" w:rsidRDefault="002165D6" w:rsidP="001C4762">
      <w:pPr>
        <w:pStyle w:val="Listepuces"/>
        <w:numPr>
          <w:ilvl w:val="0"/>
          <w:numId w:val="0"/>
        </w:numPr>
        <w:spacing w:after="60"/>
        <w:ind w:left="360"/>
        <w:rPr>
          <w:rFonts w:ascii="Avenir Next Condensed" w:hAnsi="Avenir Next Condensed"/>
          <w:lang w:val="fr-FR"/>
        </w:rPr>
      </w:pPr>
      <w:r w:rsidRPr="001C4762">
        <w:rPr>
          <w:rFonts w:ascii="Avenir Next Condensed" w:hAnsi="Avenir Next Condensed"/>
          <w:color w:val="444444"/>
          <w:sz w:val="21"/>
          <w:lang w:val="fr-FR"/>
        </w:rPr>
        <w:t xml:space="preserve">  </w:t>
      </w:r>
      <w:r w:rsidRPr="001C4762">
        <w:rPr>
          <w:rFonts w:ascii="Arial" w:hAnsi="Arial" w:cs="Arial"/>
          <w:color w:val="444444"/>
          <w:sz w:val="21"/>
          <w:lang w:val="fr-FR"/>
        </w:rPr>
        <w:t>→</w:t>
      </w:r>
      <w:r w:rsidRPr="001C4762">
        <w:rPr>
          <w:rFonts w:ascii="Avenir Next Condensed" w:hAnsi="Avenir Next Condensed"/>
          <w:color w:val="444444"/>
          <w:sz w:val="21"/>
          <w:lang w:val="fr-FR"/>
        </w:rPr>
        <w:t xml:space="preserve"> Cercle de Carro — Samedi 6 juin de 10h à 12h</w:t>
      </w:r>
    </w:p>
    <w:p w14:paraId="1199CF8B" w14:textId="77777777" w:rsidR="003B7415" w:rsidRPr="001C4762" w:rsidRDefault="002165D6" w:rsidP="001C4762">
      <w:pPr>
        <w:pStyle w:val="Listepuces"/>
        <w:numPr>
          <w:ilvl w:val="0"/>
          <w:numId w:val="0"/>
        </w:numPr>
        <w:spacing w:after="60"/>
        <w:ind w:left="360"/>
        <w:rPr>
          <w:rFonts w:ascii="Avenir Next Condensed" w:hAnsi="Avenir Next Condensed"/>
          <w:lang w:val="fr-FR"/>
        </w:rPr>
      </w:pPr>
      <w:r w:rsidRPr="001C4762">
        <w:rPr>
          <w:rFonts w:ascii="Avenir Next Condensed" w:hAnsi="Avenir Next Condensed"/>
          <w:color w:val="444444"/>
          <w:sz w:val="21"/>
          <w:lang w:val="fr-FR"/>
        </w:rPr>
        <w:t xml:space="preserve">  </w:t>
      </w:r>
      <w:r w:rsidRPr="001C4762">
        <w:rPr>
          <w:rFonts w:ascii="Arial" w:hAnsi="Arial" w:cs="Arial"/>
          <w:color w:val="444444"/>
          <w:sz w:val="21"/>
          <w:lang w:val="fr-FR"/>
        </w:rPr>
        <w:t>→</w:t>
      </w:r>
      <w:r w:rsidRPr="001C4762">
        <w:rPr>
          <w:rFonts w:ascii="Avenir Next Condensed" w:hAnsi="Avenir Next Condensed"/>
          <w:color w:val="444444"/>
          <w:sz w:val="21"/>
          <w:lang w:val="fr-FR"/>
        </w:rPr>
        <w:t xml:space="preserve"> En ligne sur www.fetesdecarro.fr à partir du 8 juin</w:t>
      </w:r>
    </w:p>
    <w:p w14:paraId="54BBD39F" w14:textId="77777777" w:rsidR="003B7415" w:rsidRPr="001C4762" w:rsidRDefault="002165D6">
      <w:pPr>
        <w:pStyle w:val="Listepuces"/>
        <w:spacing w:after="60"/>
        <w:rPr>
          <w:rFonts w:ascii="Avenir Next Condensed" w:hAnsi="Avenir Next Condensed"/>
          <w:lang w:val="fr-FR"/>
        </w:rPr>
      </w:pPr>
      <w:r w:rsidRPr="001C4762">
        <w:rPr>
          <w:rFonts w:ascii="Avenir Next Condensed" w:hAnsi="Avenir Next Condensed"/>
          <w:color w:val="444444"/>
          <w:sz w:val="21"/>
          <w:lang w:val="fr-FR"/>
        </w:rPr>
        <w:t>Fête de Carro — Dîner-Spectacle &amp; Hot-Dog Party : réservation obligatoire en ligne</w:t>
      </w:r>
    </w:p>
    <w:p w14:paraId="44B26995" w14:textId="77777777" w:rsidR="003B7415" w:rsidRPr="001C4762" w:rsidRDefault="002165D6">
      <w:pPr>
        <w:pStyle w:val="Listepuces"/>
        <w:spacing w:after="60"/>
        <w:rPr>
          <w:rFonts w:ascii="Avenir Next Condensed" w:hAnsi="Avenir Next Condensed"/>
          <w:lang w:val="fr-FR"/>
        </w:rPr>
      </w:pPr>
      <w:r w:rsidRPr="001C4762">
        <w:rPr>
          <w:rFonts w:ascii="Avenir Next Condensed" w:hAnsi="Avenir Next Condensed"/>
          <w:color w:val="444444"/>
          <w:sz w:val="21"/>
          <w:lang w:val="fr-FR"/>
        </w:rPr>
        <w:t xml:space="preserve">Journée Pêche — Soirée Soupe : </w:t>
      </w:r>
      <w:r w:rsidRPr="001C4762">
        <w:rPr>
          <w:rFonts w:ascii="Avenir Next Condensed" w:hAnsi="Avenir Next Condensed"/>
          <w:color w:val="444444"/>
          <w:sz w:val="21"/>
          <w:lang w:val="fr-FR"/>
        </w:rPr>
        <w:t>réservation obligatoire à partir du 1er août en ligne</w:t>
      </w:r>
    </w:p>
    <w:p w14:paraId="0B894569"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Accès à Carro</w:t>
      </w:r>
    </w:p>
    <w:p w14:paraId="2C387D2D" w14:textId="77777777" w:rsidR="003B7415" w:rsidRPr="001C4762" w:rsidRDefault="002165D6">
      <w:pPr>
        <w:spacing w:after="120"/>
        <w:jc w:val="both"/>
        <w:rPr>
          <w:rFonts w:ascii="Avenir Next Condensed" w:hAnsi="Avenir Next Condensed"/>
          <w:lang w:val="fr-FR"/>
        </w:rPr>
      </w:pPr>
      <w:r w:rsidRPr="001C4762">
        <w:rPr>
          <w:rFonts w:ascii="Avenir Next Condensed" w:hAnsi="Avenir Next Condensed"/>
          <w:color w:val="444444"/>
          <w:lang w:val="fr-FR"/>
        </w:rPr>
        <w:t>Carro est un village côtier situé sur la commune de Martigues, sur la Côte Bleue, entre Marseille et Martigues. Accessible en voiture par la D9 depuis Martigues ou depuis la RN568 (sortie La Couronne). Stationnements disponibles aux abords du village (prévoir quelques minutes de marche en haute saison). Les événements se déroulent au Port de Carro et à la Maison de Carro, tous deux accessibles à pied depuis les parkings.</w:t>
      </w:r>
    </w:p>
    <w:p w14:paraId="0E26EB63" w14:textId="77777777" w:rsidR="003B7415" w:rsidRPr="001C4762" w:rsidRDefault="002165D6">
      <w:pPr>
        <w:spacing w:before="240" w:after="80"/>
        <w:rPr>
          <w:rFonts w:ascii="Avenir Next Condensed" w:hAnsi="Avenir Next Condensed"/>
          <w:lang w:val="fr-FR"/>
        </w:rPr>
      </w:pPr>
      <w:r w:rsidRPr="001C4762">
        <w:rPr>
          <w:rFonts w:ascii="Avenir Next Condensed" w:hAnsi="Avenir Next Condensed"/>
          <w:b/>
          <w:color w:val="008B8B"/>
          <w:sz w:val="24"/>
          <w:lang w:val="fr-FR"/>
        </w:rPr>
        <w:t>Tarifs indicatifs</w:t>
      </w:r>
    </w:p>
    <w:tbl>
      <w:tblPr>
        <w:tblStyle w:val="Grilledutableau"/>
        <w:tblW w:w="0" w:type="auto"/>
        <w:tblLook w:val="04A0" w:firstRow="1" w:lastRow="0" w:firstColumn="1" w:lastColumn="0" w:noHBand="0" w:noVBand="1"/>
      </w:tblPr>
      <w:tblGrid>
        <w:gridCol w:w="2235"/>
        <w:gridCol w:w="4961"/>
        <w:gridCol w:w="1870"/>
      </w:tblGrid>
      <w:tr w:rsidR="003B7415" w:rsidRPr="001C4762" w14:paraId="14D1C683" w14:textId="77777777" w:rsidTr="001C4762">
        <w:tc>
          <w:tcPr>
            <w:tcW w:w="2235" w:type="dxa"/>
            <w:shd w:val="clear" w:color="auto" w:fill="1A3A5C"/>
          </w:tcPr>
          <w:p w14:paraId="0620E5BF"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Événement</w:t>
            </w:r>
          </w:p>
        </w:tc>
        <w:tc>
          <w:tcPr>
            <w:tcW w:w="4961" w:type="dxa"/>
            <w:shd w:val="clear" w:color="auto" w:fill="1A3A5C"/>
          </w:tcPr>
          <w:p w14:paraId="371A8D61"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Formule</w:t>
            </w:r>
          </w:p>
        </w:tc>
        <w:tc>
          <w:tcPr>
            <w:tcW w:w="1870" w:type="dxa"/>
            <w:shd w:val="clear" w:color="auto" w:fill="1A3A5C"/>
          </w:tcPr>
          <w:p w14:paraId="10AE9689" w14:textId="77777777" w:rsidR="003B7415" w:rsidRPr="001C4762" w:rsidRDefault="002165D6">
            <w:pPr>
              <w:jc w:val="center"/>
              <w:rPr>
                <w:rFonts w:ascii="Avenir Next Condensed" w:hAnsi="Avenir Next Condensed"/>
                <w:lang w:val="fr-FR"/>
              </w:rPr>
            </w:pPr>
            <w:r w:rsidRPr="001C4762">
              <w:rPr>
                <w:rFonts w:ascii="Avenir Next Condensed" w:hAnsi="Avenir Next Condensed"/>
                <w:b/>
                <w:color w:val="FFFFFF"/>
                <w:sz w:val="20"/>
                <w:lang w:val="fr-FR"/>
              </w:rPr>
              <w:t>Tarif</w:t>
            </w:r>
          </w:p>
        </w:tc>
      </w:tr>
      <w:tr w:rsidR="003B7415" w:rsidRPr="001C4762" w14:paraId="45A9CC72" w14:textId="77777777" w:rsidTr="001C4762">
        <w:tc>
          <w:tcPr>
            <w:tcW w:w="2235" w:type="dxa"/>
            <w:shd w:val="clear" w:color="auto" w:fill="F0F8FF"/>
          </w:tcPr>
          <w:p w14:paraId="4EB940AB"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Fête de la Moule</w:t>
            </w:r>
          </w:p>
        </w:tc>
        <w:tc>
          <w:tcPr>
            <w:tcW w:w="4961" w:type="dxa"/>
            <w:shd w:val="clear" w:color="auto" w:fill="F0F8FF"/>
          </w:tcPr>
          <w:p w14:paraId="33F2B8FD"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Menu Brasucade (moules + frites + boisson + glace)</w:t>
            </w:r>
          </w:p>
        </w:tc>
        <w:tc>
          <w:tcPr>
            <w:tcW w:w="1870" w:type="dxa"/>
            <w:shd w:val="clear" w:color="auto" w:fill="F0F8FF"/>
          </w:tcPr>
          <w:p w14:paraId="01AF85B9"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16 €</w:t>
            </w:r>
          </w:p>
        </w:tc>
      </w:tr>
      <w:tr w:rsidR="003B7415" w:rsidRPr="001C4762" w14:paraId="18D04BB3" w14:textId="77777777" w:rsidTr="001C4762">
        <w:tc>
          <w:tcPr>
            <w:tcW w:w="2235" w:type="dxa"/>
            <w:shd w:val="clear" w:color="auto" w:fill="FFFFFF"/>
          </w:tcPr>
          <w:p w14:paraId="1E14FAC6"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Fête de la Moule</w:t>
            </w:r>
          </w:p>
        </w:tc>
        <w:tc>
          <w:tcPr>
            <w:tcW w:w="4961" w:type="dxa"/>
            <w:shd w:val="clear" w:color="auto" w:fill="FFFFFF"/>
          </w:tcPr>
          <w:p w14:paraId="25E541BE"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Menu Hot-Dog (hot-dog + frites + boisson + glace)</w:t>
            </w:r>
          </w:p>
        </w:tc>
        <w:tc>
          <w:tcPr>
            <w:tcW w:w="1870" w:type="dxa"/>
            <w:shd w:val="clear" w:color="auto" w:fill="FFFFFF"/>
          </w:tcPr>
          <w:p w14:paraId="6717D842"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10 €</w:t>
            </w:r>
          </w:p>
        </w:tc>
      </w:tr>
      <w:tr w:rsidR="003B7415" w:rsidRPr="001C4762" w14:paraId="720CFD12" w14:textId="77777777" w:rsidTr="001C4762">
        <w:tc>
          <w:tcPr>
            <w:tcW w:w="2235" w:type="dxa"/>
            <w:shd w:val="clear" w:color="auto" w:fill="F0F8FF"/>
          </w:tcPr>
          <w:p w14:paraId="09F4BED7"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Fête de Carro</w:t>
            </w:r>
          </w:p>
        </w:tc>
        <w:tc>
          <w:tcPr>
            <w:tcW w:w="4961" w:type="dxa"/>
            <w:shd w:val="clear" w:color="auto" w:fill="F0F8FF"/>
          </w:tcPr>
          <w:p w14:paraId="0D49E30C"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Dîner-Spectacle (saucisses + panisses + glace)</w:t>
            </w:r>
          </w:p>
        </w:tc>
        <w:tc>
          <w:tcPr>
            <w:tcW w:w="1870" w:type="dxa"/>
            <w:shd w:val="clear" w:color="auto" w:fill="F0F8FF"/>
          </w:tcPr>
          <w:p w14:paraId="66980BE3"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10 €</w:t>
            </w:r>
          </w:p>
        </w:tc>
      </w:tr>
      <w:tr w:rsidR="003B7415" w:rsidRPr="001C4762" w14:paraId="6193C57B" w14:textId="77777777" w:rsidTr="001C4762">
        <w:tc>
          <w:tcPr>
            <w:tcW w:w="2235" w:type="dxa"/>
            <w:shd w:val="clear" w:color="auto" w:fill="FFFFFF"/>
          </w:tcPr>
          <w:p w14:paraId="7755942C"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Fête de Carro</w:t>
            </w:r>
          </w:p>
        </w:tc>
        <w:tc>
          <w:tcPr>
            <w:tcW w:w="4961" w:type="dxa"/>
            <w:shd w:val="clear" w:color="auto" w:fill="FFFFFF"/>
          </w:tcPr>
          <w:p w14:paraId="292246E9"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Hot-Dog Party (hot-dog + panisses + glace + boisson)</w:t>
            </w:r>
          </w:p>
        </w:tc>
        <w:tc>
          <w:tcPr>
            <w:tcW w:w="1870" w:type="dxa"/>
            <w:shd w:val="clear" w:color="auto" w:fill="FFFFFF"/>
          </w:tcPr>
          <w:p w14:paraId="230713EA"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10 €</w:t>
            </w:r>
          </w:p>
        </w:tc>
      </w:tr>
      <w:tr w:rsidR="003B7415" w:rsidRPr="001C4762" w14:paraId="7D661FF8" w14:textId="77777777" w:rsidTr="001C4762">
        <w:tc>
          <w:tcPr>
            <w:tcW w:w="2235" w:type="dxa"/>
            <w:shd w:val="clear" w:color="auto" w:fill="F0F8FF"/>
          </w:tcPr>
          <w:p w14:paraId="7D0BF8D7"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Fête de Carro</w:t>
            </w:r>
          </w:p>
        </w:tc>
        <w:tc>
          <w:tcPr>
            <w:tcW w:w="4961" w:type="dxa"/>
            <w:shd w:val="clear" w:color="auto" w:fill="F0F8FF"/>
          </w:tcPr>
          <w:p w14:paraId="4F56454B"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Grand Bal Show Méphisto</w:t>
            </w:r>
          </w:p>
        </w:tc>
        <w:tc>
          <w:tcPr>
            <w:tcW w:w="1870" w:type="dxa"/>
            <w:shd w:val="clear" w:color="auto" w:fill="F0F8FF"/>
          </w:tcPr>
          <w:p w14:paraId="3BAD2B62" w14:textId="77777777" w:rsidR="003B7415" w:rsidRPr="001C4762" w:rsidRDefault="002165D6">
            <w:pPr>
              <w:rPr>
                <w:rFonts w:ascii="Avenir Next Condensed" w:hAnsi="Avenir Next Condensed"/>
                <w:lang w:val="fr-FR"/>
              </w:rPr>
            </w:pPr>
            <w:r w:rsidRPr="001C4762">
              <w:rPr>
                <w:rFonts w:ascii="Avenir Next Condensed" w:hAnsi="Avenir Next Condensed"/>
                <w:b/>
                <w:color w:val="2E8B57"/>
                <w:sz w:val="20"/>
                <w:lang w:val="fr-FR"/>
              </w:rPr>
              <w:t>Gratuit</w:t>
            </w:r>
          </w:p>
        </w:tc>
      </w:tr>
      <w:tr w:rsidR="003B7415" w:rsidRPr="001C4762" w14:paraId="7AE82325" w14:textId="77777777" w:rsidTr="001C4762">
        <w:tc>
          <w:tcPr>
            <w:tcW w:w="2235" w:type="dxa"/>
            <w:shd w:val="clear" w:color="auto" w:fill="FFFFFF"/>
          </w:tcPr>
          <w:p w14:paraId="51E57756"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Fête de Carro</w:t>
            </w:r>
          </w:p>
        </w:tc>
        <w:tc>
          <w:tcPr>
            <w:tcW w:w="4961" w:type="dxa"/>
            <w:shd w:val="clear" w:color="auto" w:fill="FFFFFF"/>
          </w:tcPr>
          <w:p w14:paraId="6B1FFD06"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Soirée Mousse</w:t>
            </w:r>
          </w:p>
        </w:tc>
        <w:tc>
          <w:tcPr>
            <w:tcW w:w="1870" w:type="dxa"/>
            <w:shd w:val="clear" w:color="auto" w:fill="FFFFFF"/>
          </w:tcPr>
          <w:p w14:paraId="453AC6C4" w14:textId="77777777" w:rsidR="003B7415" w:rsidRPr="001C4762" w:rsidRDefault="002165D6">
            <w:pPr>
              <w:rPr>
                <w:rFonts w:ascii="Avenir Next Condensed" w:hAnsi="Avenir Next Condensed"/>
                <w:lang w:val="fr-FR"/>
              </w:rPr>
            </w:pPr>
            <w:r w:rsidRPr="001C4762">
              <w:rPr>
                <w:rFonts w:ascii="Avenir Next Condensed" w:hAnsi="Avenir Next Condensed"/>
                <w:b/>
                <w:color w:val="2E8B57"/>
                <w:sz w:val="20"/>
                <w:lang w:val="fr-FR"/>
              </w:rPr>
              <w:t>Gratuit</w:t>
            </w:r>
          </w:p>
        </w:tc>
      </w:tr>
      <w:tr w:rsidR="003B7415" w:rsidRPr="001C4762" w14:paraId="5252B045" w14:textId="77777777" w:rsidTr="001C4762">
        <w:tc>
          <w:tcPr>
            <w:tcW w:w="2235" w:type="dxa"/>
            <w:shd w:val="clear" w:color="auto" w:fill="F0F8FF"/>
          </w:tcPr>
          <w:p w14:paraId="36992965"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Journée Pêche</w:t>
            </w:r>
          </w:p>
        </w:tc>
        <w:tc>
          <w:tcPr>
            <w:tcW w:w="4961" w:type="dxa"/>
            <w:shd w:val="clear" w:color="auto" w:fill="F0F8FF"/>
          </w:tcPr>
          <w:p w14:paraId="2CD5D159"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Inscription concours (adulte)</w:t>
            </w:r>
          </w:p>
        </w:tc>
        <w:tc>
          <w:tcPr>
            <w:tcW w:w="1870" w:type="dxa"/>
            <w:shd w:val="clear" w:color="auto" w:fill="F0F8FF"/>
          </w:tcPr>
          <w:p w14:paraId="21CD0C04"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5 €</w:t>
            </w:r>
          </w:p>
        </w:tc>
      </w:tr>
      <w:tr w:rsidR="003B7415" w:rsidRPr="001C4762" w14:paraId="061A6D2B" w14:textId="77777777" w:rsidTr="001C4762">
        <w:tc>
          <w:tcPr>
            <w:tcW w:w="2235" w:type="dxa"/>
            <w:shd w:val="clear" w:color="auto" w:fill="FFFFFF"/>
          </w:tcPr>
          <w:p w14:paraId="49413775"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Journée Pêche</w:t>
            </w:r>
          </w:p>
        </w:tc>
        <w:tc>
          <w:tcPr>
            <w:tcW w:w="4961" w:type="dxa"/>
            <w:shd w:val="clear" w:color="auto" w:fill="FFFFFF"/>
          </w:tcPr>
          <w:p w14:paraId="65F96F06" w14:textId="77777777" w:rsidR="003B7415" w:rsidRPr="001C4762" w:rsidRDefault="002165D6">
            <w:pPr>
              <w:rPr>
                <w:rFonts w:ascii="Avenir Next Condensed" w:hAnsi="Avenir Next Condensed"/>
                <w:lang w:val="fr-FR"/>
              </w:rPr>
            </w:pPr>
            <w:r w:rsidRPr="001C4762">
              <w:rPr>
                <w:rFonts w:ascii="Avenir Next Condensed" w:hAnsi="Avenir Next Condensed"/>
                <w:color w:val="444444"/>
                <w:sz w:val="20"/>
                <w:lang w:val="fr-FR"/>
              </w:rPr>
              <w:t>Inscription concours (-12 ans)</w:t>
            </w:r>
          </w:p>
        </w:tc>
        <w:tc>
          <w:tcPr>
            <w:tcW w:w="1870" w:type="dxa"/>
            <w:shd w:val="clear" w:color="auto" w:fill="FFFFFF"/>
          </w:tcPr>
          <w:p w14:paraId="2D252C1F" w14:textId="77777777" w:rsidR="003B7415" w:rsidRPr="001C4762" w:rsidRDefault="002165D6">
            <w:pPr>
              <w:rPr>
                <w:rFonts w:ascii="Avenir Next Condensed" w:hAnsi="Avenir Next Condensed"/>
                <w:lang w:val="fr-FR"/>
              </w:rPr>
            </w:pPr>
            <w:r w:rsidRPr="001C4762">
              <w:rPr>
                <w:rFonts w:ascii="Avenir Next Condensed" w:hAnsi="Avenir Next Condensed"/>
                <w:b/>
                <w:color w:val="2E8B57"/>
                <w:sz w:val="20"/>
                <w:lang w:val="fr-FR"/>
              </w:rPr>
              <w:t>Gratuit</w:t>
            </w:r>
          </w:p>
        </w:tc>
      </w:tr>
      <w:tr w:rsidR="001C4762" w:rsidRPr="001C4762" w14:paraId="1F22D089" w14:textId="77777777" w:rsidTr="001C4762">
        <w:tc>
          <w:tcPr>
            <w:tcW w:w="2235" w:type="dxa"/>
            <w:shd w:val="clear" w:color="auto" w:fill="FFFFFF"/>
          </w:tcPr>
          <w:p w14:paraId="5E98B52B" w14:textId="6A7B28C2" w:rsidR="001C4762" w:rsidRPr="001C4762" w:rsidRDefault="001C4762">
            <w:pPr>
              <w:rPr>
                <w:rFonts w:ascii="Avenir Next Condensed" w:hAnsi="Avenir Next Condensed"/>
                <w:color w:val="444444"/>
                <w:sz w:val="20"/>
                <w:lang w:val="fr-FR"/>
              </w:rPr>
            </w:pPr>
            <w:r w:rsidRPr="001C4762">
              <w:rPr>
                <w:rFonts w:ascii="Avenir Next Condensed" w:hAnsi="Avenir Next Condensed"/>
                <w:color w:val="444444"/>
                <w:sz w:val="20"/>
                <w:lang w:val="fr-FR"/>
              </w:rPr>
              <w:t>Journée Pêche</w:t>
            </w:r>
          </w:p>
        </w:tc>
        <w:tc>
          <w:tcPr>
            <w:tcW w:w="4961" w:type="dxa"/>
            <w:shd w:val="clear" w:color="auto" w:fill="FFFFFF"/>
          </w:tcPr>
          <w:p w14:paraId="236B2470" w14:textId="405A08FC" w:rsidR="001C4762" w:rsidRPr="001C4762" w:rsidRDefault="001C4762">
            <w:pPr>
              <w:rPr>
                <w:rFonts w:ascii="Avenir Next Condensed" w:hAnsi="Avenir Next Condensed"/>
                <w:color w:val="444444"/>
                <w:sz w:val="20"/>
                <w:lang w:val="fr-FR"/>
              </w:rPr>
            </w:pPr>
            <w:r w:rsidRPr="001C4762">
              <w:rPr>
                <w:rFonts w:ascii="Avenir Next Condensed" w:hAnsi="Avenir Next Condensed"/>
                <w:color w:val="444444"/>
                <w:sz w:val="20"/>
                <w:lang w:val="fr-FR"/>
              </w:rPr>
              <w:t>Soirée Soupe de Poisson (menu servi à table)</w:t>
            </w:r>
          </w:p>
        </w:tc>
        <w:tc>
          <w:tcPr>
            <w:tcW w:w="1870" w:type="dxa"/>
            <w:shd w:val="clear" w:color="auto" w:fill="FFFFFF"/>
          </w:tcPr>
          <w:p w14:paraId="6061B327" w14:textId="44BD6CC4" w:rsidR="001C4762" w:rsidRPr="001C4762" w:rsidRDefault="001C4762">
            <w:pPr>
              <w:rPr>
                <w:rFonts w:ascii="Avenir Next Condensed" w:hAnsi="Avenir Next Condensed"/>
                <w:color w:val="444444"/>
                <w:sz w:val="20"/>
                <w:lang w:val="fr-FR"/>
              </w:rPr>
            </w:pPr>
            <w:r w:rsidRPr="001C4762">
              <w:rPr>
                <w:rFonts w:ascii="Avenir Next Condensed" w:hAnsi="Avenir Next Condensed"/>
                <w:color w:val="444444"/>
                <w:sz w:val="20"/>
                <w:lang w:val="fr-FR"/>
              </w:rPr>
              <w:t>20 €</w:t>
            </w:r>
          </w:p>
        </w:tc>
      </w:tr>
      <w:tr w:rsidR="001C4762" w:rsidRPr="001C4762" w14:paraId="698D9FFC" w14:textId="77777777" w:rsidTr="001C4762">
        <w:tc>
          <w:tcPr>
            <w:tcW w:w="2235" w:type="dxa"/>
            <w:shd w:val="clear" w:color="auto" w:fill="FFFFFF"/>
          </w:tcPr>
          <w:p w14:paraId="30824481" w14:textId="49133BD6" w:rsidR="001C4762" w:rsidRPr="001C4762" w:rsidRDefault="001C4762">
            <w:pPr>
              <w:rPr>
                <w:rFonts w:ascii="Avenir Next Condensed" w:hAnsi="Avenir Next Condensed"/>
                <w:color w:val="444444"/>
                <w:sz w:val="20"/>
                <w:lang w:val="fr-FR"/>
              </w:rPr>
            </w:pPr>
            <w:r w:rsidRPr="001C4762">
              <w:rPr>
                <w:rFonts w:ascii="Avenir Next Condensed" w:hAnsi="Avenir Next Condensed"/>
                <w:color w:val="444444"/>
                <w:sz w:val="20"/>
                <w:lang w:val="fr-FR"/>
              </w:rPr>
              <w:t>Tous</w:t>
            </w:r>
          </w:p>
        </w:tc>
        <w:tc>
          <w:tcPr>
            <w:tcW w:w="4961" w:type="dxa"/>
            <w:shd w:val="clear" w:color="auto" w:fill="FFFFFF"/>
          </w:tcPr>
          <w:p w14:paraId="108ACB8D" w14:textId="2EF2CFE4" w:rsidR="001C4762" w:rsidRPr="001C4762" w:rsidRDefault="001C4762">
            <w:pPr>
              <w:rPr>
                <w:rFonts w:ascii="Avenir Next Condensed" w:hAnsi="Avenir Next Condensed"/>
                <w:color w:val="444444"/>
                <w:sz w:val="20"/>
                <w:lang w:val="fr-FR"/>
              </w:rPr>
            </w:pPr>
            <w:r w:rsidRPr="001C4762">
              <w:rPr>
                <w:rFonts w:ascii="Avenir Next Condensed" w:hAnsi="Avenir Next Condensed"/>
                <w:color w:val="444444"/>
                <w:sz w:val="20"/>
                <w:lang w:val="fr-FR"/>
              </w:rPr>
              <w:t>Buvette</w:t>
            </w:r>
          </w:p>
        </w:tc>
        <w:tc>
          <w:tcPr>
            <w:tcW w:w="1870" w:type="dxa"/>
            <w:shd w:val="clear" w:color="auto" w:fill="FFFFFF"/>
          </w:tcPr>
          <w:p w14:paraId="37AFAD06" w14:textId="2E3D74A7" w:rsidR="001C4762" w:rsidRPr="001C4762" w:rsidRDefault="001C4762">
            <w:pPr>
              <w:rPr>
                <w:rFonts w:ascii="Avenir Next Condensed" w:hAnsi="Avenir Next Condensed"/>
                <w:color w:val="444444"/>
                <w:sz w:val="20"/>
                <w:lang w:val="fr-FR"/>
              </w:rPr>
            </w:pPr>
            <w:r w:rsidRPr="001C4762">
              <w:rPr>
                <w:rFonts w:ascii="Avenir Next Condensed" w:hAnsi="Avenir Next Condensed"/>
                <w:color w:val="444444"/>
                <w:sz w:val="20"/>
                <w:lang w:val="fr-FR"/>
              </w:rPr>
              <w:t>1€ à 3€</w:t>
            </w:r>
          </w:p>
        </w:tc>
      </w:tr>
    </w:tbl>
    <w:p w14:paraId="6DD9AD64" w14:textId="77777777" w:rsidR="003B7415" w:rsidRPr="001C4762" w:rsidRDefault="002165D6">
      <w:pPr>
        <w:rPr>
          <w:rFonts w:ascii="Avenir Next Condensed" w:hAnsi="Avenir Next Condensed"/>
          <w:lang w:val="fr-FR"/>
        </w:rPr>
      </w:pPr>
      <w:r w:rsidRPr="001C4762">
        <w:rPr>
          <w:rFonts w:ascii="Avenir Next Condensed" w:hAnsi="Avenir Next Condensed"/>
          <w:lang w:val="fr-FR"/>
        </w:rPr>
        <w:br w:type="page"/>
      </w:r>
    </w:p>
    <w:p w14:paraId="52DDCA4A" w14:textId="77777777" w:rsidR="003B7415" w:rsidRPr="001C4762" w:rsidRDefault="002165D6">
      <w:pPr>
        <w:spacing w:before="360" w:after="120"/>
        <w:rPr>
          <w:rFonts w:ascii="Avenir Next Condensed" w:hAnsi="Avenir Next Condensed"/>
          <w:lang w:val="fr-FR"/>
        </w:rPr>
      </w:pPr>
      <w:r w:rsidRPr="001C4762">
        <w:rPr>
          <w:rFonts w:ascii="Avenir Next Condensed" w:hAnsi="Avenir Next Condensed"/>
          <w:b/>
          <w:color w:val="1A3A5C"/>
          <w:sz w:val="32"/>
          <w:lang w:val="fr-FR"/>
        </w:rPr>
        <w:lastRenderedPageBreak/>
        <w:t>8. Conclusion</w:t>
      </w:r>
    </w:p>
    <w:p w14:paraId="21A6678E" w14:textId="77777777" w:rsidR="003B7415" w:rsidRPr="001C4762" w:rsidRDefault="003B7415">
      <w:pPr>
        <w:pBdr>
          <w:bottom w:val="single" w:sz="6" w:space="1" w:color="008B8B"/>
        </w:pBdr>
        <w:spacing w:before="80" w:after="80"/>
        <w:rPr>
          <w:rFonts w:ascii="Avenir Next Condensed" w:hAnsi="Avenir Next Condensed"/>
          <w:lang w:val="fr-FR"/>
        </w:rPr>
      </w:pPr>
    </w:p>
    <w:p w14:paraId="07DF70EE" w14:textId="77777777" w:rsidR="003B7415" w:rsidRPr="001C4762" w:rsidRDefault="002165D6">
      <w:pPr>
        <w:spacing w:before="200" w:after="120"/>
        <w:jc w:val="both"/>
        <w:rPr>
          <w:rFonts w:ascii="Avenir Next Condensed" w:hAnsi="Avenir Next Condensed"/>
          <w:b/>
          <w:bCs/>
          <w:lang w:val="fr-FR"/>
        </w:rPr>
      </w:pPr>
      <w:r w:rsidRPr="001C4762">
        <w:rPr>
          <w:rFonts w:ascii="Avenir Next Condensed" w:hAnsi="Avenir Next Condensed"/>
          <w:b/>
          <w:bCs/>
          <w:color w:val="444444"/>
          <w:lang w:val="fr-FR"/>
        </w:rPr>
        <w:t xml:space="preserve">L'été 2026 du Comité des Fêtes de Carro s'annonce comme une saison à la hauteur de ce que ce petit village côtier sait faire depuis plus d'un </w:t>
      </w:r>
      <w:r w:rsidRPr="001C4762">
        <w:rPr>
          <w:rFonts w:ascii="Avenir Next Condensed" w:hAnsi="Avenir Next Condensed"/>
          <w:b/>
          <w:bCs/>
          <w:color w:val="444444"/>
          <w:lang w:val="fr-FR"/>
        </w:rPr>
        <w:t>demi-siècle : créer des moments de fête authentiques, populaires, accessibles à tous et profondément enracinés dans le territoire. Trois événements phares, plusieurs partenariats culturels, une démarche éco-responsable affirmée et, surtout, des dizaines de bénévoles investis : voilà les ingrédients d'une saison qui ne ressemble à aucune autre.</w:t>
      </w:r>
    </w:p>
    <w:p w14:paraId="21FC12BC" w14:textId="77777777" w:rsidR="003B7415" w:rsidRPr="001C4762" w:rsidRDefault="002165D6">
      <w:pPr>
        <w:spacing w:after="120"/>
        <w:jc w:val="both"/>
        <w:rPr>
          <w:rFonts w:ascii="Avenir Next Condensed" w:hAnsi="Avenir Next Condensed"/>
          <w:b/>
          <w:bCs/>
          <w:lang w:val="fr-FR"/>
        </w:rPr>
      </w:pPr>
      <w:r w:rsidRPr="001C4762">
        <w:rPr>
          <w:rFonts w:ascii="Avenir Next Condensed" w:hAnsi="Avenir Next Condensed"/>
          <w:b/>
          <w:bCs/>
          <w:color w:val="444444"/>
          <w:lang w:val="fr-FR"/>
        </w:rPr>
        <w:t>Entre la Brasucade inédite de la Petite Fête de la Moule, les nuits dansantes de la Fête de Carro, la magie de la Soirée Soupe préparée avec la pêche du jour et la douceur d'une séance de cinéma en plein air, Carro offre cet été une palette d'expériences que l'on ne trouve nulle part ailleurs. C'est cela, la promesse du Comité des Fêtes : des fêtes sincères, dans un village qui sait encore rassembler.</w:t>
      </w:r>
    </w:p>
    <w:p w14:paraId="5E677995" w14:textId="77777777" w:rsidR="003B7415" w:rsidRPr="001C4762" w:rsidRDefault="002165D6">
      <w:pPr>
        <w:spacing w:after="120"/>
        <w:jc w:val="both"/>
        <w:rPr>
          <w:rFonts w:ascii="Avenir Next Condensed" w:hAnsi="Avenir Next Condensed"/>
          <w:b/>
          <w:bCs/>
          <w:lang w:val="fr-FR"/>
        </w:rPr>
      </w:pPr>
      <w:r w:rsidRPr="001C4762">
        <w:rPr>
          <w:rFonts w:ascii="Avenir Next Condensed" w:hAnsi="Avenir Next Condensed"/>
          <w:b/>
          <w:bCs/>
          <w:color w:val="444444"/>
          <w:lang w:val="fr-FR"/>
        </w:rPr>
        <w:t xml:space="preserve">Nous remercions chaleureusement les médias et partenaires qui, par leur relais et leur soutien, permettent à ces événements de rayonner au-delà du village et d'accueillir chaque année de nouveaux visiteurs qui, souvent, reviennent. À Carro, l'été </w:t>
      </w:r>
      <w:proofErr w:type="spellStart"/>
      <w:r w:rsidRPr="001C4762">
        <w:rPr>
          <w:rFonts w:ascii="Avenir Next Condensed" w:hAnsi="Avenir Next Condensed"/>
          <w:b/>
          <w:bCs/>
          <w:color w:val="444444"/>
          <w:lang w:val="fr-FR"/>
        </w:rPr>
        <w:t>commence</w:t>
      </w:r>
      <w:proofErr w:type="spellEnd"/>
      <w:r w:rsidRPr="001C4762">
        <w:rPr>
          <w:rFonts w:ascii="Avenir Next Condensed" w:hAnsi="Avenir Next Condensed"/>
          <w:b/>
          <w:bCs/>
          <w:color w:val="444444"/>
          <w:lang w:val="fr-FR"/>
        </w:rPr>
        <w:t xml:space="preserve"> dès qu'on le décide.</w:t>
      </w:r>
    </w:p>
    <w:p w14:paraId="42B02750" w14:textId="77777777" w:rsidR="003B7415" w:rsidRPr="001C4762" w:rsidRDefault="003B7415">
      <w:pPr>
        <w:pBdr>
          <w:bottom w:val="single" w:sz="6" w:space="1" w:color="008B8B"/>
        </w:pBdr>
        <w:spacing w:before="80" w:after="80"/>
        <w:rPr>
          <w:rFonts w:ascii="Avenir Next Condensed" w:hAnsi="Avenir Next Condensed"/>
          <w:lang w:val="fr-FR"/>
        </w:rPr>
      </w:pPr>
    </w:p>
    <w:p w14:paraId="7AE10E43" w14:textId="77777777" w:rsidR="003B7415" w:rsidRPr="001C4762" w:rsidRDefault="002165D6">
      <w:pPr>
        <w:spacing w:before="280" w:after="120"/>
        <w:jc w:val="center"/>
        <w:rPr>
          <w:rFonts w:ascii="Avenir Next Condensed" w:hAnsi="Avenir Next Condensed"/>
          <w:lang w:val="fr-FR"/>
        </w:rPr>
      </w:pPr>
      <w:r w:rsidRPr="001C4762">
        <w:rPr>
          <w:rFonts w:ascii="Avenir Next Condensed" w:hAnsi="Avenir Next Condensed"/>
          <w:i/>
          <w:color w:val="444444"/>
          <w:lang w:val="fr-FR"/>
        </w:rPr>
        <w:t>Pour toute demande d'accréditation, interview, photos ou informations complémentaires :</w:t>
      </w:r>
    </w:p>
    <w:p w14:paraId="26ED1741" w14:textId="77777777" w:rsidR="003B7415" w:rsidRPr="001C4762" w:rsidRDefault="002165D6">
      <w:pPr>
        <w:spacing w:after="80"/>
        <w:jc w:val="center"/>
        <w:rPr>
          <w:rFonts w:ascii="Avenir Next Condensed" w:hAnsi="Avenir Next Condensed"/>
          <w:lang w:val="fr-FR"/>
        </w:rPr>
      </w:pPr>
      <w:r w:rsidRPr="001C4762">
        <w:rPr>
          <w:rFonts w:ascii="Avenir Next Condensed" w:hAnsi="Avenir Next Condensed"/>
          <w:b/>
          <w:color w:val="1A3A5C"/>
          <w:sz w:val="26"/>
          <w:lang w:val="fr-FR"/>
        </w:rPr>
        <w:t>Marc Troulier — 06 86 26 11 31 — contact@fetesdecarro.fr</w:t>
      </w:r>
    </w:p>
    <w:p w14:paraId="70A1D647" w14:textId="77777777" w:rsidR="003B7415" w:rsidRPr="001C4762" w:rsidRDefault="002165D6">
      <w:pPr>
        <w:spacing w:after="40"/>
        <w:jc w:val="center"/>
        <w:rPr>
          <w:rFonts w:ascii="Avenir Next Condensed" w:hAnsi="Avenir Next Condensed"/>
          <w:lang w:val="fr-FR"/>
        </w:rPr>
      </w:pPr>
      <w:r w:rsidRPr="001C4762">
        <w:rPr>
          <w:rFonts w:ascii="Avenir Next Condensed" w:hAnsi="Avenir Next Condensed"/>
          <w:color w:val="008B8B"/>
          <w:lang w:val="fr-FR"/>
        </w:rPr>
        <w:t>www.fetesdecarro.fr  ·  @fetesdecarro</w:t>
      </w:r>
    </w:p>
    <w:p w14:paraId="0BA64E71" w14:textId="77777777" w:rsidR="003B7415" w:rsidRPr="001C4762" w:rsidRDefault="003B7415">
      <w:pPr>
        <w:pBdr>
          <w:bottom w:val="single" w:sz="6" w:space="1" w:color="1A3A5C"/>
        </w:pBdr>
        <w:spacing w:before="80" w:after="80"/>
        <w:rPr>
          <w:rFonts w:ascii="Avenir Next Condensed" w:hAnsi="Avenir Next Condensed"/>
          <w:lang w:val="fr-FR"/>
        </w:rPr>
      </w:pPr>
    </w:p>
    <w:p w14:paraId="061C0737" w14:textId="77777777" w:rsidR="003B7415" w:rsidRPr="001C4762" w:rsidRDefault="002165D6">
      <w:pPr>
        <w:spacing w:before="200"/>
        <w:jc w:val="center"/>
        <w:rPr>
          <w:rFonts w:ascii="Avenir Next Condensed" w:hAnsi="Avenir Next Condensed"/>
          <w:lang w:val="fr-FR"/>
        </w:rPr>
      </w:pPr>
      <w:r w:rsidRPr="001C4762">
        <w:rPr>
          <w:rFonts w:ascii="Avenir Next Condensed" w:hAnsi="Avenir Next Condensed"/>
          <w:i/>
          <w:color w:val="AAAAAA"/>
          <w:sz w:val="17"/>
          <w:lang w:val="fr-FR"/>
        </w:rPr>
        <w:t>Dossier de presse — Comité des Fêtes de Carro — Été 2026</w:t>
      </w:r>
      <w:r w:rsidRPr="001C4762">
        <w:rPr>
          <w:rFonts w:ascii="Avenir Next Condensed" w:hAnsi="Avenir Next Condensed"/>
          <w:i/>
          <w:color w:val="AAAAAA"/>
          <w:sz w:val="17"/>
          <w:lang w:val="fr-FR"/>
        </w:rPr>
        <w:br/>
        <w:t>Document réservé à l'usage des professionnels de la presse et des médias.</w:t>
      </w:r>
      <w:r w:rsidRPr="001C4762">
        <w:rPr>
          <w:rFonts w:ascii="Avenir Next Condensed" w:hAnsi="Avenir Next Condensed"/>
          <w:i/>
          <w:color w:val="AAAAAA"/>
          <w:sz w:val="17"/>
          <w:lang w:val="fr-FR"/>
        </w:rPr>
        <w:br/>
        <w:t>Toutes les informations sont susceptibles d'évoluer. Consultez www.fetesdecarro.fr pour les mises à jour.</w:t>
      </w:r>
    </w:p>
    <w:sectPr w:rsidR="003B7415" w:rsidRPr="001C4762" w:rsidSect="00A3015B">
      <w:headerReference w:type="default" r:id="rId14"/>
      <w:footerReference w:type="default" r:id="rId15"/>
      <w:pgSz w:w="12240" w:h="15840"/>
      <w:pgMar w:top="1417" w:right="1587" w:bottom="1417" w:left="1587" w:header="72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FF2FB" w14:textId="77777777" w:rsidR="003227D7" w:rsidRDefault="003227D7" w:rsidP="001C4762">
      <w:pPr>
        <w:spacing w:after="0" w:line="240" w:lineRule="auto"/>
      </w:pPr>
      <w:r>
        <w:separator/>
      </w:r>
    </w:p>
  </w:endnote>
  <w:endnote w:type="continuationSeparator" w:id="0">
    <w:p w14:paraId="40FEF3EE" w14:textId="77777777" w:rsidR="003227D7" w:rsidRDefault="003227D7" w:rsidP="001C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3" w:csb1="00000000"/>
  </w:font>
  <w:font w:name="Avenir Next Condensed">
    <w:altName w:val="Avenir Next Condensed"/>
    <w:panose1 w:val="020B0506020202020204"/>
    <w:charset w:val="00"/>
    <w:family w:val="swiss"/>
    <w:pitch w:val="variable"/>
    <w:sig w:usb0="8000002F" w:usb1="5000204A" w:usb2="00000000" w:usb3="00000000" w:csb0="0000009B"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C2B51" w14:textId="17A779F8" w:rsidR="001C4762" w:rsidRPr="001C4762" w:rsidRDefault="001C4762" w:rsidP="001C4762">
    <w:pPr>
      <w:spacing w:before="200"/>
      <w:jc w:val="center"/>
      <w:rPr>
        <w:rFonts w:ascii="Avenir Next Condensed" w:hAnsi="Avenir Next Condensed"/>
        <w:lang w:val="fr-FR"/>
      </w:rPr>
    </w:pPr>
    <w:r w:rsidRPr="001C4762">
      <w:rPr>
        <w:rFonts w:ascii="Avenir Next Condensed" w:hAnsi="Avenir Next Condensed"/>
        <w:i/>
        <w:color w:val="AAAAAA"/>
        <w:sz w:val="17"/>
        <w:lang w:val="fr-FR"/>
      </w:rPr>
      <w:t>Dossier de presse — Comité des Fêtes de Carro — Été 2026</w:t>
    </w:r>
    <w:r w:rsidRPr="001C4762">
      <w:rPr>
        <w:rFonts w:ascii="Avenir Next Condensed" w:hAnsi="Avenir Next Condensed"/>
        <w:i/>
        <w:color w:val="AAAAAA"/>
        <w:sz w:val="17"/>
        <w:lang w:val="fr-FR"/>
      </w:rPr>
      <w:br/>
      <w:t>Document réservé à l'usage des professionnels de la presse et des médias.</w:t>
    </w:r>
    <w:r w:rsidRPr="001C4762">
      <w:rPr>
        <w:rFonts w:ascii="Avenir Next Condensed" w:hAnsi="Avenir Next Condensed"/>
        <w:i/>
        <w:color w:val="AAAAAA"/>
        <w:sz w:val="17"/>
        <w:lang w:val="fr-FR"/>
      </w:rPr>
      <w:br/>
      <w:t>Toutes les informations sont susceptibles d'évoluer. Consultez www.fetesdecarro.fr pour les mises à jour.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92D3A" w14:textId="77777777" w:rsidR="003227D7" w:rsidRDefault="003227D7" w:rsidP="001C4762">
      <w:pPr>
        <w:spacing w:after="0" w:line="240" w:lineRule="auto"/>
      </w:pPr>
      <w:r>
        <w:separator/>
      </w:r>
    </w:p>
  </w:footnote>
  <w:footnote w:type="continuationSeparator" w:id="0">
    <w:p w14:paraId="62903334" w14:textId="77777777" w:rsidR="003227D7" w:rsidRDefault="003227D7" w:rsidP="001C4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B94A2" w14:textId="518C18CE" w:rsidR="001C4762" w:rsidRPr="001C4762" w:rsidRDefault="001C4762" w:rsidP="001C4762">
    <w:pPr>
      <w:pStyle w:val="En-tte"/>
      <w:jc w:val="right"/>
      <w:rPr>
        <w:rFonts w:ascii="Avenir Next Condensed" w:hAnsi="Avenir Next Condensed" w:cstheme="majorHAnsi"/>
        <w:i/>
        <w:iCs/>
        <w:color w:val="7F7F7F" w:themeColor="text1" w:themeTint="80"/>
        <w:sz w:val="17"/>
        <w:szCs w:val="17"/>
      </w:rPr>
    </w:pPr>
    <w:r w:rsidRPr="001C4762">
      <w:rPr>
        <w:rFonts w:ascii="Avenir Next Condensed" w:hAnsi="Avenir Next Condensed" w:cstheme="majorHAnsi"/>
        <w:i/>
        <w:iCs/>
        <w:color w:val="7F7F7F" w:themeColor="text1" w:themeTint="80"/>
        <w:sz w:val="17"/>
        <w:szCs w:val="17"/>
      </w:rPr>
      <w:t xml:space="preserve">Page </w:t>
    </w:r>
    <w:r w:rsidRPr="001C4762">
      <w:rPr>
        <w:rFonts w:ascii="Avenir Next Condensed" w:hAnsi="Avenir Next Condensed" w:cstheme="majorHAnsi"/>
        <w:i/>
        <w:iCs/>
        <w:color w:val="7F7F7F" w:themeColor="text1" w:themeTint="80"/>
        <w:sz w:val="17"/>
        <w:szCs w:val="17"/>
      </w:rPr>
      <w:fldChar w:fldCharType="begin"/>
    </w:r>
    <w:r w:rsidRPr="001C4762">
      <w:rPr>
        <w:rFonts w:ascii="Avenir Next Condensed" w:hAnsi="Avenir Next Condensed" w:cstheme="majorHAnsi"/>
        <w:i/>
        <w:iCs/>
        <w:color w:val="7F7F7F" w:themeColor="text1" w:themeTint="80"/>
        <w:sz w:val="17"/>
        <w:szCs w:val="17"/>
      </w:rPr>
      <w:instrText xml:space="preserve"> PAGE </w:instrText>
    </w:r>
    <w:r w:rsidRPr="001C4762">
      <w:rPr>
        <w:rFonts w:ascii="Avenir Next Condensed" w:hAnsi="Avenir Next Condensed" w:cstheme="majorHAnsi"/>
        <w:i/>
        <w:iCs/>
        <w:color w:val="7F7F7F" w:themeColor="text1" w:themeTint="80"/>
        <w:sz w:val="17"/>
        <w:szCs w:val="17"/>
      </w:rPr>
      <w:fldChar w:fldCharType="separate"/>
    </w:r>
    <w:r w:rsidRPr="001C4762">
      <w:rPr>
        <w:rFonts w:ascii="Avenir Next Condensed" w:hAnsi="Avenir Next Condensed" w:cstheme="majorHAnsi"/>
        <w:i/>
        <w:iCs/>
        <w:noProof/>
        <w:color w:val="7F7F7F" w:themeColor="text1" w:themeTint="80"/>
        <w:sz w:val="17"/>
        <w:szCs w:val="17"/>
      </w:rPr>
      <w:t>2</w:t>
    </w:r>
    <w:r w:rsidRPr="001C4762">
      <w:rPr>
        <w:rFonts w:ascii="Avenir Next Condensed" w:hAnsi="Avenir Next Condensed" w:cstheme="majorHAnsi"/>
        <w:i/>
        <w:iCs/>
        <w:color w:val="7F7F7F" w:themeColor="text1" w:themeTint="80"/>
        <w:sz w:val="17"/>
        <w:szCs w:val="17"/>
      </w:rPr>
      <w:fldChar w:fldCharType="end"/>
    </w:r>
    <w:r w:rsidRPr="001C4762">
      <w:rPr>
        <w:rFonts w:ascii="Avenir Next Condensed" w:hAnsi="Avenir Next Condensed" w:cstheme="majorHAnsi"/>
        <w:i/>
        <w:iCs/>
        <w:color w:val="7F7F7F" w:themeColor="text1" w:themeTint="80"/>
        <w:sz w:val="17"/>
        <w:szCs w:val="17"/>
      </w:rPr>
      <w:t xml:space="preserve"> sur </w:t>
    </w:r>
    <w:r w:rsidRPr="001C4762">
      <w:rPr>
        <w:rFonts w:ascii="Avenir Next Condensed" w:hAnsi="Avenir Next Condensed" w:cstheme="majorHAnsi"/>
        <w:i/>
        <w:iCs/>
        <w:color w:val="7F7F7F" w:themeColor="text1" w:themeTint="80"/>
        <w:sz w:val="17"/>
        <w:szCs w:val="17"/>
      </w:rPr>
      <w:fldChar w:fldCharType="begin"/>
    </w:r>
    <w:r w:rsidRPr="001C4762">
      <w:rPr>
        <w:rFonts w:ascii="Avenir Next Condensed" w:hAnsi="Avenir Next Condensed" w:cstheme="majorHAnsi"/>
        <w:i/>
        <w:iCs/>
        <w:color w:val="7F7F7F" w:themeColor="text1" w:themeTint="80"/>
        <w:sz w:val="17"/>
        <w:szCs w:val="17"/>
      </w:rPr>
      <w:instrText xml:space="preserve"> NUMPAGES </w:instrText>
    </w:r>
    <w:r w:rsidRPr="001C4762">
      <w:rPr>
        <w:rFonts w:ascii="Avenir Next Condensed" w:hAnsi="Avenir Next Condensed" w:cstheme="majorHAnsi"/>
        <w:i/>
        <w:iCs/>
        <w:color w:val="7F7F7F" w:themeColor="text1" w:themeTint="80"/>
        <w:sz w:val="17"/>
        <w:szCs w:val="17"/>
      </w:rPr>
      <w:fldChar w:fldCharType="separate"/>
    </w:r>
    <w:r w:rsidRPr="001C4762">
      <w:rPr>
        <w:rFonts w:ascii="Avenir Next Condensed" w:hAnsi="Avenir Next Condensed" w:cstheme="majorHAnsi"/>
        <w:i/>
        <w:iCs/>
        <w:noProof/>
        <w:color w:val="7F7F7F" w:themeColor="text1" w:themeTint="80"/>
        <w:sz w:val="17"/>
        <w:szCs w:val="17"/>
      </w:rPr>
      <w:t>13</w:t>
    </w:r>
    <w:r w:rsidRPr="001C4762">
      <w:rPr>
        <w:rFonts w:ascii="Avenir Next Condensed" w:hAnsi="Avenir Next Condensed" w:cstheme="majorHAnsi"/>
        <w:i/>
        <w:iCs/>
        <w:color w:val="7F7F7F" w:themeColor="text1" w:themeTint="80"/>
        <w:sz w:val="17"/>
        <w:szCs w:val="17"/>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055809743">
    <w:abstractNumId w:val="8"/>
  </w:num>
  <w:num w:numId="2" w16cid:durableId="1515806873">
    <w:abstractNumId w:val="6"/>
  </w:num>
  <w:num w:numId="3" w16cid:durableId="411857541">
    <w:abstractNumId w:val="5"/>
  </w:num>
  <w:num w:numId="4" w16cid:durableId="898246050">
    <w:abstractNumId w:val="4"/>
  </w:num>
  <w:num w:numId="5" w16cid:durableId="2134442669">
    <w:abstractNumId w:val="7"/>
  </w:num>
  <w:num w:numId="6" w16cid:durableId="1071272349">
    <w:abstractNumId w:val="3"/>
  </w:num>
  <w:num w:numId="7" w16cid:durableId="896550880">
    <w:abstractNumId w:val="2"/>
  </w:num>
  <w:num w:numId="8" w16cid:durableId="1982538609">
    <w:abstractNumId w:val="1"/>
  </w:num>
  <w:num w:numId="9" w16cid:durableId="127360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77D9"/>
    <w:rsid w:val="0015074B"/>
    <w:rsid w:val="00150FD7"/>
    <w:rsid w:val="001C4762"/>
    <w:rsid w:val="001D3715"/>
    <w:rsid w:val="002165D6"/>
    <w:rsid w:val="0029639D"/>
    <w:rsid w:val="003227D7"/>
    <w:rsid w:val="00326F90"/>
    <w:rsid w:val="003B7415"/>
    <w:rsid w:val="00580FC4"/>
    <w:rsid w:val="006308F3"/>
    <w:rsid w:val="009B7BA9"/>
    <w:rsid w:val="00A3015B"/>
    <w:rsid w:val="00AA1D8D"/>
    <w:rsid w:val="00B47730"/>
    <w:rsid w:val="00C47822"/>
    <w:rsid w:val="00C72EDB"/>
    <w:rsid w:val="00CB0664"/>
    <w:rsid w:val="00CB6889"/>
    <w:rsid w:val="00CC1B1B"/>
    <w:rsid w:val="00ED26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94F60F"/>
  <w14:defaultImageDpi w14:val="300"/>
  <w15:docId w15:val="{4B5FFBD6-1ABD-D045-B895-A7EC2B30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3530</Words>
  <Characters>17016</Characters>
  <Application>Microsoft Office Word</Application>
  <DocSecurity>0</DocSecurity>
  <Lines>500</Lines>
  <Paragraphs>342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 Troulier</cp:lastModifiedBy>
  <cp:revision>12</cp:revision>
  <dcterms:created xsi:type="dcterms:W3CDTF">2013-12-23T23:15:00Z</dcterms:created>
  <dcterms:modified xsi:type="dcterms:W3CDTF">2026-04-19T15:14:00Z</dcterms:modified>
  <cp:category/>
</cp:coreProperties>
</file>